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B2CDE" w14:textId="5D4F20D2" w:rsidR="00C10147" w:rsidRDefault="00C10147" w:rsidP="0072754E"/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956"/>
      </w:tblGrid>
      <w:tr w:rsidR="00C10147" w14:paraId="26A35F9A" w14:textId="77777777">
        <w:tc>
          <w:tcPr>
            <w:tcW w:w="9972" w:type="dxa"/>
            <w:shd w:val="clear" w:color="auto" w:fill="D9E2F3"/>
            <w:vAlign w:val="center"/>
          </w:tcPr>
          <w:p w14:paraId="68552CC5" w14:textId="77777777" w:rsidR="00C10147" w:rsidRDefault="009A655E">
            <w:r>
              <w:rPr>
                <w:b/>
              </w:rPr>
              <w:t>1. BAŞVURU SAHİBİ BİLGİLERİ</w:t>
            </w:r>
          </w:p>
        </w:tc>
      </w:tr>
    </w:tbl>
    <w:p w14:paraId="64976F35" w14:textId="77777777" w:rsidR="00C10147" w:rsidRDefault="00C10147">
      <w:pPr>
        <w:spacing w:after="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803"/>
      </w:tblGrid>
      <w:tr w:rsidR="00C10147" w14:paraId="39A7E345" w14:textId="77777777">
        <w:trPr>
          <w:jc w:val="center"/>
        </w:trPr>
        <w:tc>
          <w:tcPr>
            <w:tcW w:w="2835" w:type="dxa"/>
            <w:vAlign w:val="center"/>
          </w:tcPr>
          <w:p w14:paraId="20924369" w14:textId="77777777" w:rsidR="00C10147" w:rsidRDefault="009A655E">
            <w:proofErr w:type="spellStart"/>
            <w:r>
              <w:rPr>
                <w:b/>
              </w:rPr>
              <w:t>Adı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Soyadı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isteğe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bağlı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6803" w:type="dxa"/>
            <w:vAlign w:val="center"/>
          </w:tcPr>
          <w:p w14:paraId="2630CFFD" w14:textId="77777777" w:rsidR="00C10147" w:rsidRDefault="009A655E">
            <w:r>
              <w:t>................................................................................</w:t>
            </w:r>
          </w:p>
        </w:tc>
      </w:tr>
      <w:tr w:rsidR="00C10147" w14:paraId="35F998B5" w14:textId="77777777">
        <w:trPr>
          <w:jc w:val="center"/>
        </w:trPr>
        <w:tc>
          <w:tcPr>
            <w:tcW w:w="2835" w:type="dxa"/>
            <w:vAlign w:val="center"/>
          </w:tcPr>
          <w:p w14:paraId="78C6970B" w14:textId="77777777" w:rsidR="00C10147" w:rsidRDefault="009A655E">
            <w:proofErr w:type="spellStart"/>
            <w:r>
              <w:rPr>
                <w:b/>
              </w:rPr>
              <w:t>Görevi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Unvanı</w:t>
            </w:r>
            <w:proofErr w:type="spellEnd"/>
          </w:p>
        </w:tc>
        <w:tc>
          <w:tcPr>
            <w:tcW w:w="6803" w:type="dxa"/>
            <w:vAlign w:val="center"/>
          </w:tcPr>
          <w:p w14:paraId="759D7E0C" w14:textId="77777777" w:rsidR="00C10147" w:rsidRDefault="009A655E">
            <w:r>
              <w:t>................................................................................</w:t>
            </w:r>
          </w:p>
        </w:tc>
      </w:tr>
      <w:tr w:rsidR="00C10147" w14:paraId="67F5B2EE" w14:textId="77777777">
        <w:trPr>
          <w:jc w:val="center"/>
        </w:trPr>
        <w:tc>
          <w:tcPr>
            <w:tcW w:w="2835" w:type="dxa"/>
            <w:vAlign w:val="center"/>
          </w:tcPr>
          <w:p w14:paraId="43642574" w14:textId="77777777" w:rsidR="00C10147" w:rsidRDefault="009A655E">
            <w:proofErr w:type="spellStart"/>
            <w:r>
              <w:rPr>
                <w:b/>
              </w:rPr>
              <w:t>Birim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Bölüm</w:t>
            </w:r>
            <w:proofErr w:type="spellEnd"/>
          </w:p>
        </w:tc>
        <w:tc>
          <w:tcPr>
            <w:tcW w:w="6803" w:type="dxa"/>
            <w:vAlign w:val="center"/>
          </w:tcPr>
          <w:p w14:paraId="73FDBAD7" w14:textId="77777777" w:rsidR="00C10147" w:rsidRDefault="009A655E">
            <w:r>
              <w:t>................................................................................</w:t>
            </w:r>
          </w:p>
        </w:tc>
      </w:tr>
      <w:tr w:rsidR="00C10147" w14:paraId="406991C5" w14:textId="77777777">
        <w:trPr>
          <w:jc w:val="center"/>
        </w:trPr>
        <w:tc>
          <w:tcPr>
            <w:tcW w:w="2835" w:type="dxa"/>
            <w:vAlign w:val="center"/>
          </w:tcPr>
          <w:p w14:paraId="57DE32CB" w14:textId="77777777" w:rsidR="00C10147" w:rsidRDefault="009A655E">
            <w:proofErr w:type="spellStart"/>
            <w:r>
              <w:rPr>
                <w:b/>
              </w:rPr>
              <w:t>İletişim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Bilgisi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isteğe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bağlı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6803" w:type="dxa"/>
            <w:vAlign w:val="center"/>
          </w:tcPr>
          <w:p w14:paraId="024F89E4" w14:textId="77777777" w:rsidR="00C10147" w:rsidRDefault="009A655E">
            <w:r>
              <w:t>................................................................................</w:t>
            </w:r>
          </w:p>
        </w:tc>
      </w:tr>
      <w:tr w:rsidR="00C10147" w14:paraId="60CD84F9" w14:textId="77777777">
        <w:trPr>
          <w:jc w:val="center"/>
        </w:trPr>
        <w:tc>
          <w:tcPr>
            <w:tcW w:w="2835" w:type="dxa"/>
            <w:vAlign w:val="center"/>
          </w:tcPr>
          <w:p w14:paraId="2D0A1746" w14:textId="77777777" w:rsidR="00C10147" w:rsidRDefault="009A655E">
            <w:proofErr w:type="spellStart"/>
            <w:r>
              <w:rPr>
                <w:b/>
              </w:rPr>
              <w:t>Başvuru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Tarihi</w:t>
            </w:r>
            <w:proofErr w:type="spellEnd"/>
          </w:p>
        </w:tc>
        <w:tc>
          <w:tcPr>
            <w:tcW w:w="6803" w:type="dxa"/>
            <w:vAlign w:val="center"/>
          </w:tcPr>
          <w:p w14:paraId="772BA7B3" w14:textId="77777777" w:rsidR="00C10147" w:rsidRDefault="009A655E">
            <w:r>
              <w:t>…… / …… / …………</w:t>
            </w:r>
          </w:p>
        </w:tc>
      </w:tr>
      <w:tr w:rsidR="00C10147" w14:paraId="2A8A66E5" w14:textId="77777777">
        <w:trPr>
          <w:jc w:val="center"/>
        </w:trPr>
        <w:tc>
          <w:tcPr>
            <w:tcW w:w="2835" w:type="dxa"/>
            <w:vAlign w:val="center"/>
          </w:tcPr>
          <w:p w14:paraId="4773238A" w14:textId="77777777" w:rsidR="00C10147" w:rsidRDefault="009A655E">
            <w:proofErr w:type="spellStart"/>
            <w:r>
              <w:rPr>
                <w:b/>
              </w:rPr>
              <w:t>Başvuru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Yöntemi</w:t>
            </w:r>
            <w:proofErr w:type="spellEnd"/>
          </w:p>
        </w:tc>
        <w:tc>
          <w:tcPr>
            <w:tcW w:w="6803" w:type="dxa"/>
            <w:vAlign w:val="center"/>
          </w:tcPr>
          <w:p w14:paraId="2727523B" w14:textId="77777777" w:rsidR="00C10147" w:rsidRDefault="009A655E">
            <w:r>
              <w:t>☐ E-</w:t>
            </w:r>
            <w:proofErr w:type="spellStart"/>
            <w:r>
              <w:t>posta</w:t>
            </w:r>
            <w:proofErr w:type="spellEnd"/>
            <w:r>
              <w:t xml:space="preserve">   ☐ EBYS / </w:t>
            </w:r>
            <w:proofErr w:type="spellStart"/>
            <w:r>
              <w:t>Dilekçe</w:t>
            </w:r>
            <w:proofErr w:type="spellEnd"/>
            <w:r>
              <w:t xml:space="preserve">   ☐ </w:t>
            </w:r>
            <w:proofErr w:type="spellStart"/>
            <w:r>
              <w:t>Yüz</w:t>
            </w:r>
            <w:proofErr w:type="spellEnd"/>
            <w:r>
              <w:t xml:space="preserve"> </w:t>
            </w:r>
            <w:proofErr w:type="spellStart"/>
            <w:r>
              <w:t>yüze</w:t>
            </w:r>
            <w:proofErr w:type="spellEnd"/>
            <w:r>
              <w:t xml:space="preserve">   ☐ </w:t>
            </w:r>
            <w:proofErr w:type="spellStart"/>
            <w:r>
              <w:t>Diğer</w:t>
            </w:r>
            <w:proofErr w:type="spellEnd"/>
            <w:r>
              <w:t>: ....................</w:t>
            </w:r>
          </w:p>
        </w:tc>
      </w:tr>
    </w:tbl>
    <w:p w14:paraId="1A9A2148" w14:textId="77777777" w:rsidR="00C10147" w:rsidRDefault="00C10147">
      <w:pPr>
        <w:spacing w:after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956"/>
      </w:tblGrid>
      <w:tr w:rsidR="00C10147" w14:paraId="3CCD1CD1" w14:textId="77777777">
        <w:tc>
          <w:tcPr>
            <w:tcW w:w="9972" w:type="dxa"/>
            <w:shd w:val="clear" w:color="auto" w:fill="D9E2F3"/>
            <w:vAlign w:val="center"/>
          </w:tcPr>
          <w:p w14:paraId="25FB8294" w14:textId="77777777" w:rsidR="00C10147" w:rsidRDefault="009A655E">
            <w:r>
              <w:rPr>
                <w:b/>
              </w:rPr>
              <w:t>2. ŞİKÂYET KONUSU</w:t>
            </w:r>
          </w:p>
        </w:tc>
      </w:tr>
    </w:tbl>
    <w:p w14:paraId="23D7487B" w14:textId="77777777" w:rsidR="00C10147" w:rsidRDefault="00C10147">
      <w:pPr>
        <w:spacing w:after="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803"/>
      </w:tblGrid>
      <w:tr w:rsidR="00C10147" w14:paraId="2BAF2911" w14:textId="77777777">
        <w:trPr>
          <w:jc w:val="center"/>
        </w:trPr>
        <w:tc>
          <w:tcPr>
            <w:tcW w:w="2835" w:type="dxa"/>
            <w:vAlign w:val="center"/>
          </w:tcPr>
          <w:p w14:paraId="15046643" w14:textId="77777777" w:rsidR="00C10147" w:rsidRDefault="009A655E">
            <w:proofErr w:type="spellStart"/>
            <w:r>
              <w:rPr>
                <w:b/>
              </w:rPr>
              <w:t>Şikâyet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Konusu</w:t>
            </w:r>
            <w:proofErr w:type="spellEnd"/>
          </w:p>
        </w:tc>
        <w:tc>
          <w:tcPr>
            <w:tcW w:w="6803" w:type="dxa"/>
            <w:vAlign w:val="center"/>
          </w:tcPr>
          <w:p w14:paraId="64D3C811" w14:textId="77777777" w:rsidR="00C10147" w:rsidRDefault="009A655E">
            <w:r>
              <w:t xml:space="preserve">☐ </w:t>
            </w:r>
            <w:proofErr w:type="spellStart"/>
            <w:r>
              <w:t>İş</w:t>
            </w:r>
            <w:proofErr w:type="spellEnd"/>
            <w:r>
              <w:t xml:space="preserve"> </w:t>
            </w:r>
            <w:proofErr w:type="spellStart"/>
            <w:r>
              <w:t>yükü</w:t>
            </w:r>
            <w:proofErr w:type="spellEnd"/>
            <w:r>
              <w:t xml:space="preserve"> / </w:t>
            </w:r>
            <w:proofErr w:type="spellStart"/>
            <w:r>
              <w:t>görev</w:t>
            </w:r>
            <w:proofErr w:type="spellEnd"/>
            <w:r>
              <w:t xml:space="preserve"> </w:t>
            </w:r>
            <w:proofErr w:type="spellStart"/>
            <w:r>
              <w:t>dağılımı</w:t>
            </w:r>
            <w:proofErr w:type="spellEnd"/>
            <w:r>
              <w:t xml:space="preserve">   ☐ </w:t>
            </w:r>
            <w:proofErr w:type="spellStart"/>
            <w:r>
              <w:t>Çalışma</w:t>
            </w:r>
            <w:proofErr w:type="spellEnd"/>
            <w:r>
              <w:t xml:space="preserve"> </w:t>
            </w:r>
            <w:proofErr w:type="spellStart"/>
            <w:r>
              <w:t>koşulları</w:t>
            </w:r>
            <w:proofErr w:type="spellEnd"/>
            <w:r>
              <w:br/>
              <w:t xml:space="preserve">☐ </w:t>
            </w:r>
            <w:proofErr w:type="spellStart"/>
            <w:r>
              <w:t>İletişim</w:t>
            </w:r>
            <w:proofErr w:type="spellEnd"/>
            <w:r>
              <w:t xml:space="preserve"> / </w:t>
            </w:r>
            <w:proofErr w:type="spellStart"/>
            <w:r>
              <w:t>iş</w:t>
            </w:r>
            <w:proofErr w:type="spellEnd"/>
            <w:r>
              <w:t xml:space="preserve"> </w:t>
            </w:r>
            <w:proofErr w:type="spellStart"/>
            <w:r>
              <w:t>birliği</w:t>
            </w:r>
            <w:proofErr w:type="spellEnd"/>
            <w:r>
              <w:t xml:space="preserve">   ☐ </w:t>
            </w:r>
            <w:proofErr w:type="spellStart"/>
            <w:r>
              <w:t>İzin</w:t>
            </w:r>
            <w:proofErr w:type="spellEnd"/>
            <w:r>
              <w:t xml:space="preserve"> / </w:t>
            </w:r>
            <w:proofErr w:type="spellStart"/>
            <w:r>
              <w:t>özlük</w:t>
            </w:r>
            <w:proofErr w:type="spellEnd"/>
            <w:r>
              <w:t xml:space="preserve"> </w:t>
            </w:r>
            <w:proofErr w:type="spellStart"/>
            <w:r>
              <w:t>işlemleri</w:t>
            </w:r>
            <w:proofErr w:type="spellEnd"/>
            <w:r>
              <w:br/>
              <w:t xml:space="preserve">☐ </w:t>
            </w:r>
            <w:proofErr w:type="spellStart"/>
            <w:r>
              <w:t>Görev</w:t>
            </w:r>
            <w:proofErr w:type="spellEnd"/>
            <w:r>
              <w:t xml:space="preserve"> </w:t>
            </w:r>
            <w:proofErr w:type="spellStart"/>
            <w:r>
              <w:t>tanımı</w:t>
            </w:r>
            <w:proofErr w:type="spellEnd"/>
            <w:r>
              <w:t xml:space="preserve">   ☐ </w:t>
            </w:r>
            <w:proofErr w:type="spellStart"/>
            <w:r>
              <w:t>Diğer</w:t>
            </w:r>
            <w:proofErr w:type="spellEnd"/>
            <w:r>
              <w:t>: ........................................</w:t>
            </w:r>
          </w:p>
        </w:tc>
      </w:tr>
      <w:tr w:rsidR="00C10147" w14:paraId="5774BB07" w14:textId="77777777">
        <w:trPr>
          <w:jc w:val="center"/>
        </w:trPr>
        <w:tc>
          <w:tcPr>
            <w:tcW w:w="2835" w:type="dxa"/>
            <w:vAlign w:val="center"/>
          </w:tcPr>
          <w:p w14:paraId="79C7326F" w14:textId="77777777" w:rsidR="00C10147" w:rsidRDefault="009A655E">
            <w:proofErr w:type="spellStart"/>
            <w:r>
              <w:rPr>
                <w:b/>
              </w:rPr>
              <w:t>İlgili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Birim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Süreç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varsa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6803" w:type="dxa"/>
            <w:vAlign w:val="center"/>
          </w:tcPr>
          <w:p w14:paraId="69E6D48B" w14:textId="77777777" w:rsidR="00C10147" w:rsidRDefault="009A655E">
            <w:r>
              <w:t>................................................................................</w:t>
            </w:r>
          </w:p>
        </w:tc>
      </w:tr>
      <w:tr w:rsidR="00C10147" w14:paraId="3A3E3ECD" w14:textId="77777777">
        <w:trPr>
          <w:jc w:val="center"/>
        </w:trPr>
        <w:tc>
          <w:tcPr>
            <w:tcW w:w="2835" w:type="dxa"/>
            <w:vAlign w:val="center"/>
          </w:tcPr>
          <w:p w14:paraId="3437CFEA" w14:textId="77777777" w:rsidR="00C10147" w:rsidRDefault="009A655E">
            <w:proofErr w:type="spellStart"/>
            <w:r>
              <w:rPr>
                <w:b/>
              </w:rPr>
              <w:t>Olayın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Tarihi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Dönemi</w:t>
            </w:r>
            <w:proofErr w:type="spellEnd"/>
          </w:p>
        </w:tc>
        <w:tc>
          <w:tcPr>
            <w:tcW w:w="6803" w:type="dxa"/>
            <w:vAlign w:val="center"/>
          </w:tcPr>
          <w:p w14:paraId="5C300BB6" w14:textId="77777777" w:rsidR="00C10147" w:rsidRDefault="009A655E">
            <w:r>
              <w:t>................................................................................</w:t>
            </w:r>
          </w:p>
        </w:tc>
      </w:tr>
      <w:tr w:rsidR="00C10147" w14:paraId="7B33648F" w14:textId="77777777">
        <w:trPr>
          <w:jc w:val="center"/>
        </w:trPr>
        <w:tc>
          <w:tcPr>
            <w:tcW w:w="2835" w:type="dxa"/>
            <w:vAlign w:val="center"/>
          </w:tcPr>
          <w:p w14:paraId="00FC17B7" w14:textId="77777777" w:rsidR="00C10147" w:rsidRDefault="009A655E">
            <w:proofErr w:type="spellStart"/>
            <w:r>
              <w:rPr>
                <w:b/>
              </w:rPr>
              <w:t>Şikâyetin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Açıklaması</w:t>
            </w:r>
            <w:proofErr w:type="spellEnd"/>
          </w:p>
        </w:tc>
        <w:tc>
          <w:tcPr>
            <w:tcW w:w="6803" w:type="dxa"/>
            <w:vAlign w:val="center"/>
          </w:tcPr>
          <w:p w14:paraId="622687C4" w14:textId="77777777" w:rsidR="00C10147" w:rsidRDefault="009A655E">
            <w:r>
              <w:br/>
            </w:r>
            <w:r>
              <w:br/>
            </w:r>
            <w:r>
              <w:br/>
            </w:r>
            <w:r>
              <w:br/>
            </w:r>
          </w:p>
        </w:tc>
      </w:tr>
      <w:tr w:rsidR="00C10147" w14:paraId="63DF4908" w14:textId="77777777">
        <w:trPr>
          <w:jc w:val="center"/>
        </w:trPr>
        <w:tc>
          <w:tcPr>
            <w:tcW w:w="2835" w:type="dxa"/>
            <w:vAlign w:val="center"/>
          </w:tcPr>
          <w:p w14:paraId="7DA5BF00" w14:textId="77777777" w:rsidR="00C10147" w:rsidRDefault="009A655E">
            <w:r>
              <w:rPr>
                <w:b/>
              </w:rPr>
              <w:t xml:space="preserve">Varsa </w:t>
            </w:r>
            <w:proofErr w:type="spellStart"/>
            <w:r>
              <w:rPr>
                <w:b/>
              </w:rPr>
              <w:t>Destekleyici</w:t>
            </w:r>
            <w:proofErr w:type="spellEnd"/>
            <w:r>
              <w:rPr>
                <w:b/>
              </w:rPr>
              <w:t xml:space="preserve"> Bilgi / Belge</w:t>
            </w:r>
          </w:p>
        </w:tc>
        <w:tc>
          <w:tcPr>
            <w:tcW w:w="6803" w:type="dxa"/>
            <w:vAlign w:val="center"/>
          </w:tcPr>
          <w:p w14:paraId="5A9D6958" w14:textId="77777777" w:rsidR="00C10147" w:rsidRDefault="009A655E">
            <w:r>
              <w:br/>
            </w:r>
            <w:r>
              <w:br/>
            </w:r>
          </w:p>
        </w:tc>
      </w:tr>
      <w:tr w:rsidR="00C10147" w14:paraId="710D849C" w14:textId="77777777">
        <w:trPr>
          <w:jc w:val="center"/>
        </w:trPr>
        <w:tc>
          <w:tcPr>
            <w:tcW w:w="2835" w:type="dxa"/>
            <w:vAlign w:val="center"/>
          </w:tcPr>
          <w:p w14:paraId="08019F9C" w14:textId="77777777" w:rsidR="00C10147" w:rsidRDefault="009A655E">
            <w:proofErr w:type="spellStart"/>
            <w:r>
              <w:rPr>
                <w:b/>
              </w:rPr>
              <w:t>Talep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Beklenen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Çözüm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isteğe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bağlı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6803" w:type="dxa"/>
            <w:vAlign w:val="center"/>
          </w:tcPr>
          <w:p w14:paraId="4154E622" w14:textId="77777777" w:rsidR="00C10147" w:rsidRDefault="009A655E">
            <w:r>
              <w:br/>
            </w:r>
            <w:r>
              <w:br/>
            </w:r>
          </w:p>
        </w:tc>
      </w:tr>
    </w:tbl>
    <w:p w14:paraId="2EA541D8" w14:textId="77777777" w:rsidR="00C10147" w:rsidRDefault="00C10147">
      <w:pPr>
        <w:spacing w:after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956"/>
      </w:tblGrid>
      <w:tr w:rsidR="00C10147" w14:paraId="4E936064" w14:textId="77777777">
        <w:tc>
          <w:tcPr>
            <w:tcW w:w="9972" w:type="dxa"/>
            <w:shd w:val="clear" w:color="auto" w:fill="D9E2F3"/>
            <w:vAlign w:val="center"/>
          </w:tcPr>
          <w:p w14:paraId="14DBC7F9" w14:textId="77777777" w:rsidR="00C10147" w:rsidRDefault="009A655E">
            <w:r>
              <w:rPr>
                <w:b/>
              </w:rPr>
              <w:t>3. İNSAN KAYNAKLARI MÜDÜRLÜĞÜ TARAFINDAN DOLDURULUR</w:t>
            </w:r>
          </w:p>
        </w:tc>
      </w:tr>
    </w:tbl>
    <w:p w14:paraId="06E5BA5E" w14:textId="77777777" w:rsidR="00C10147" w:rsidRDefault="00C10147">
      <w:pPr>
        <w:spacing w:after="0"/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803"/>
      </w:tblGrid>
      <w:tr w:rsidR="00C10147" w14:paraId="511DEDCB" w14:textId="77777777">
        <w:trPr>
          <w:jc w:val="center"/>
        </w:trPr>
        <w:tc>
          <w:tcPr>
            <w:tcW w:w="2835" w:type="dxa"/>
            <w:vAlign w:val="center"/>
          </w:tcPr>
          <w:p w14:paraId="362B5A0D" w14:textId="77777777" w:rsidR="00C10147" w:rsidRDefault="009A655E">
            <w:proofErr w:type="spellStart"/>
            <w:r>
              <w:rPr>
                <w:b/>
              </w:rPr>
              <w:t>Kayıt</w:t>
            </w:r>
            <w:proofErr w:type="spellEnd"/>
            <w:r>
              <w:rPr>
                <w:b/>
              </w:rPr>
              <w:t xml:space="preserve"> No</w:t>
            </w:r>
          </w:p>
        </w:tc>
        <w:tc>
          <w:tcPr>
            <w:tcW w:w="6803" w:type="dxa"/>
            <w:vAlign w:val="center"/>
          </w:tcPr>
          <w:p w14:paraId="382A7D83" w14:textId="77777777" w:rsidR="00C10147" w:rsidRDefault="009A655E">
            <w:r>
              <w:t>................................................</w:t>
            </w:r>
          </w:p>
        </w:tc>
      </w:tr>
      <w:tr w:rsidR="00C10147" w14:paraId="5125CB18" w14:textId="77777777">
        <w:trPr>
          <w:jc w:val="center"/>
        </w:trPr>
        <w:tc>
          <w:tcPr>
            <w:tcW w:w="2835" w:type="dxa"/>
            <w:vAlign w:val="center"/>
          </w:tcPr>
          <w:p w14:paraId="04387179" w14:textId="77777777" w:rsidR="00C10147" w:rsidRDefault="009A655E">
            <w:proofErr w:type="spellStart"/>
            <w:r>
              <w:rPr>
                <w:b/>
              </w:rPr>
              <w:t>Ön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Değerlendirme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Tarihi</w:t>
            </w:r>
            <w:proofErr w:type="spellEnd"/>
          </w:p>
        </w:tc>
        <w:tc>
          <w:tcPr>
            <w:tcW w:w="6803" w:type="dxa"/>
            <w:vAlign w:val="center"/>
          </w:tcPr>
          <w:p w14:paraId="0465D194" w14:textId="77777777" w:rsidR="00C10147" w:rsidRDefault="009A655E">
            <w:r>
              <w:t>…… / …… / …………</w:t>
            </w:r>
          </w:p>
        </w:tc>
      </w:tr>
      <w:tr w:rsidR="00C10147" w14:paraId="4F9F8A4B" w14:textId="77777777">
        <w:trPr>
          <w:jc w:val="center"/>
        </w:trPr>
        <w:tc>
          <w:tcPr>
            <w:tcW w:w="2835" w:type="dxa"/>
            <w:vAlign w:val="center"/>
          </w:tcPr>
          <w:p w14:paraId="31ED37A1" w14:textId="77777777" w:rsidR="00C10147" w:rsidRDefault="009A655E">
            <w:proofErr w:type="spellStart"/>
            <w:r>
              <w:rPr>
                <w:b/>
              </w:rPr>
              <w:t>Değerlendirme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Yönlendirme</w:t>
            </w:r>
            <w:proofErr w:type="spellEnd"/>
          </w:p>
        </w:tc>
        <w:tc>
          <w:tcPr>
            <w:tcW w:w="6803" w:type="dxa"/>
            <w:vAlign w:val="center"/>
          </w:tcPr>
          <w:p w14:paraId="747BE225" w14:textId="77777777" w:rsidR="00C10147" w:rsidRDefault="009A655E">
            <w:r>
              <w:br/>
            </w:r>
            <w:r>
              <w:br/>
            </w:r>
          </w:p>
        </w:tc>
      </w:tr>
      <w:tr w:rsidR="00C10147" w14:paraId="0971D999" w14:textId="77777777">
        <w:trPr>
          <w:jc w:val="center"/>
        </w:trPr>
        <w:tc>
          <w:tcPr>
            <w:tcW w:w="2835" w:type="dxa"/>
            <w:vAlign w:val="center"/>
          </w:tcPr>
          <w:p w14:paraId="36894BF8" w14:textId="77777777" w:rsidR="00C10147" w:rsidRDefault="009A655E">
            <w:proofErr w:type="spellStart"/>
            <w:r>
              <w:rPr>
                <w:b/>
              </w:rPr>
              <w:t>İlgili</w:t>
            </w:r>
            <w:proofErr w:type="spellEnd"/>
            <w:r>
              <w:rPr>
                <w:b/>
              </w:rPr>
              <w:t xml:space="preserve"> Makam / </w:t>
            </w:r>
            <w:proofErr w:type="spellStart"/>
            <w:r>
              <w:rPr>
                <w:b/>
              </w:rPr>
              <w:t>Birim</w:t>
            </w:r>
            <w:proofErr w:type="spellEnd"/>
          </w:p>
        </w:tc>
        <w:tc>
          <w:tcPr>
            <w:tcW w:w="6803" w:type="dxa"/>
            <w:vAlign w:val="center"/>
          </w:tcPr>
          <w:p w14:paraId="4C343213" w14:textId="77777777" w:rsidR="00C10147" w:rsidRDefault="009A655E">
            <w:r>
              <w:t>................................................</w:t>
            </w:r>
          </w:p>
        </w:tc>
      </w:tr>
      <w:tr w:rsidR="00C10147" w14:paraId="47EFD2DF" w14:textId="77777777">
        <w:trPr>
          <w:jc w:val="center"/>
        </w:trPr>
        <w:tc>
          <w:tcPr>
            <w:tcW w:w="2835" w:type="dxa"/>
            <w:vAlign w:val="center"/>
          </w:tcPr>
          <w:p w14:paraId="6FB57C20" w14:textId="77777777" w:rsidR="00C10147" w:rsidRDefault="009A655E">
            <w:proofErr w:type="spellStart"/>
            <w:r>
              <w:rPr>
                <w:b/>
              </w:rPr>
              <w:t>Yapılan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İşlem</w:t>
            </w:r>
            <w:proofErr w:type="spellEnd"/>
            <w:r>
              <w:rPr>
                <w:b/>
              </w:rPr>
              <w:t xml:space="preserve"> / </w:t>
            </w:r>
            <w:proofErr w:type="spellStart"/>
            <w:r>
              <w:rPr>
                <w:b/>
              </w:rPr>
              <w:t>Alınan</w:t>
            </w:r>
            <w:proofErr w:type="spellEnd"/>
            <w:r>
              <w:rPr>
                <w:b/>
              </w:rPr>
              <w:t xml:space="preserve"> Karar</w:t>
            </w:r>
          </w:p>
        </w:tc>
        <w:tc>
          <w:tcPr>
            <w:tcW w:w="6803" w:type="dxa"/>
            <w:vAlign w:val="center"/>
          </w:tcPr>
          <w:p w14:paraId="2067C4A6" w14:textId="77777777" w:rsidR="00C10147" w:rsidRDefault="009A655E">
            <w:r>
              <w:br/>
            </w:r>
            <w:r>
              <w:br/>
            </w:r>
          </w:p>
        </w:tc>
      </w:tr>
      <w:tr w:rsidR="00C10147" w14:paraId="03E6C085" w14:textId="77777777">
        <w:trPr>
          <w:jc w:val="center"/>
        </w:trPr>
        <w:tc>
          <w:tcPr>
            <w:tcW w:w="2835" w:type="dxa"/>
            <w:vAlign w:val="center"/>
          </w:tcPr>
          <w:p w14:paraId="56798230" w14:textId="77777777" w:rsidR="00C10147" w:rsidRDefault="009A655E">
            <w:proofErr w:type="spellStart"/>
            <w:r>
              <w:rPr>
                <w:b/>
              </w:rPr>
              <w:t>Sonuçlandırma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Tarihi</w:t>
            </w:r>
            <w:proofErr w:type="spellEnd"/>
          </w:p>
        </w:tc>
        <w:tc>
          <w:tcPr>
            <w:tcW w:w="6803" w:type="dxa"/>
            <w:vAlign w:val="center"/>
          </w:tcPr>
          <w:p w14:paraId="0E8448BA" w14:textId="77777777" w:rsidR="00C10147" w:rsidRDefault="009A655E">
            <w:r>
              <w:t>…… / …… / …………</w:t>
            </w:r>
          </w:p>
        </w:tc>
      </w:tr>
      <w:tr w:rsidR="00C10147" w14:paraId="577721A3" w14:textId="77777777">
        <w:trPr>
          <w:jc w:val="center"/>
        </w:trPr>
        <w:tc>
          <w:tcPr>
            <w:tcW w:w="2835" w:type="dxa"/>
            <w:vAlign w:val="center"/>
          </w:tcPr>
          <w:p w14:paraId="46746397" w14:textId="77777777" w:rsidR="00C10147" w:rsidRDefault="009A655E">
            <w:r>
              <w:rPr>
                <w:b/>
              </w:rPr>
              <w:t>Durum</w:t>
            </w:r>
          </w:p>
        </w:tc>
        <w:tc>
          <w:tcPr>
            <w:tcW w:w="6803" w:type="dxa"/>
            <w:vAlign w:val="center"/>
          </w:tcPr>
          <w:p w14:paraId="7A1D7750" w14:textId="77777777" w:rsidR="00C10147" w:rsidRDefault="009A655E">
            <w:r>
              <w:t xml:space="preserve">☐ Yeni   ☐ </w:t>
            </w:r>
            <w:proofErr w:type="spellStart"/>
            <w:r>
              <w:t>Değerlendiriliyor</w:t>
            </w:r>
            <w:proofErr w:type="spellEnd"/>
            <w:r>
              <w:t xml:space="preserve">   ☐ </w:t>
            </w:r>
            <w:proofErr w:type="spellStart"/>
            <w:r>
              <w:t>İlgili</w:t>
            </w:r>
            <w:proofErr w:type="spellEnd"/>
            <w:r>
              <w:t xml:space="preserve"> </w:t>
            </w:r>
            <w:proofErr w:type="spellStart"/>
            <w:r>
              <w:t>Birime</w:t>
            </w:r>
            <w:proofErr w:type="spellEnd"/>
            <w:r>
              <w:t xml:space="preserve"> İletildi   ☐ </w:t>
            </w:r>
            <w:proofErr w:type="spellStart"/>
            <w:r>
              <w:t>Sonuçlandırıldı</w:t>
            </w:r>
            <w:proofErr w:type="spellEnd"/>
          </w:p>
        </w:tc>
      </w:tr>
      <w:tr w:rsidR="00C10147" w14:paraId="49C24195" w14:textId="77777777">
        <w:trPr>
          <w:jc w:val="center"/>
        </w:trPr>
        <w:tc>
          <w:tcPr>
            <w:tcW w:w="2835" w:type="dxa"/>
            <w:vAlign w:val="center"/>
          </w:tcPr>
          <w:p w14:paraId="10524182" w14:textId="77777777" w:rsidR="00C10147" w:rsidRDefault="009A655E">
            <w:proofErr w:type="spellStart"/>
            <w:r>
              <w:rPr>
                <w:b/>
              </w:rPr>
              <w:t>Başvuru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Sahibine</w:t>
            </w:r>
            <w:proofErr w:type="spellEnd"/>
            <w:r>
              <w:rPr>
                <w:b/>
              </w:rPr>
              <w:t xml:space="preserve"> Bilgi Verildi mi?</w:t>
            </w:r>
          </w:p>
        </w:tc>
        <w:tc>
          <w:tcPr>
            <w:tcW w:w="6803" w:type="dxa"/>
            <w:vAlign w:val="center"/>
          </w:tcPr>
          <w:p w14:paraId="3EA7E328" w14:textId="77777777" w:rsidR="00C10147" w:rsidRDefault="009A655E">
            <w:r>
              <w:t xml:space="preserve">☐ Evet   ☐ </w:t>
            </w:r>
            <w:proofErr w:type="spellStart"/>
            <w:r>
              <w:t>Hayır</w:t>
            </w:r>
            <w:proofErr w:type="spellEnd"/>
            <w:r>
              <w:t xml:space="preserve">   ☐ Uygun </w:t>
            </w:r>
            <w:proofErr w:type="spellStart"/>
            <w:r>
              <w:t>değil</w:t>
            </w:r>
            <w:proofErr w:type="spellEnd"/>
          </w:p>
        </w:tc>
      </w:tr>
    </w:tbl>
    <w:p w14:paraId="3C5AD8FB" w14:textId="77777777" w:rsidR="00C10147" w:rsidRDefault="00C10147">
      <w:pPr>
        <w:pageBreakBefore/>
        <w:spacing w:after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956"/>
      </w:tblGrid>
      <w:tr w:rsidR="00C10147" w14:paraId="156E5B26" w14:textId="77777777">
        <w:tc>
          <w:tcPr>
            <w:tcW w:w="9972" w:type="dxa"/>
            <w:shd w:val="clear" w:color="auto" w:fill="D9E2F3"/>
            <w:vAlign w:val="center"/>
          </w:tcPr>
          <w:p w14:paraId="0442E596" w14:textId="77777777" w:rsidR="00C10147" w:rsidRDefault="009A655E">
            <w:r>
              <w:rPr>
                <w:b/>
              </w:rPr>
              <w:t>4. GİZLİLİK VE KİŞİSEL VERİLER</w:t>
            </w:r>
          </w:p>
        </w:tc>
      </w:tr>
    </w:tbl>
    <w:p w14:paraId="45AB885C" w14:textId="77777777" w:rsidR="00C10147" w:rsidRDefault="00C10147">
      <w:pPr>
        <w:spacing w:after="0"/>
      </w:pPr>
    </w:p>
    <w:p w14:paraId="609B1D2B" w14:textId="77777777" w:rsidR="00C10147" w:rsidRDefault="009A655E">
      <w:pPr>
        <w:spacing w:after="100"/>
      </w:pPr>
      <w:r>
        <w:t xml:space="preserve">Bu </w:t>
      </w:r>
      <w:proofErr w:type="spellStart"/>
      <w:r>
        <w:t>formda</w:t>
      </w:r>
      <w:proofErr w:type="spellEnd"/>
      <w:r>
        <w:t xml:space="preserve"> </w:t>
      </w:r>
      <w:proofErr w:type="spellStart"/>
      <w:r>
        <w:t>yer</w:t>
      </w:r>
      <w:proofErr w:type="spellEnd"/>
      <w:r>
        <w:t xml:space="preserve"> </w:t>
      </w:r>
      <w:proofErr w:type="spellStart"/>
      <w:r>
        <w:t>alan</w:t>
      </w:r>
      <w:proofErr w:type="spellEnd"/>
      <w:r>
        <w:t xml:space="preserve"> </w:t>
      </w:r>
      <w:proofErr w:type="spellStart"/>
      <w:r>
        <w:t>bilgiler</w:t>
      </w:r>
      <w:proofErr w:type="spellEnd"/>
      <w:r>
        <w:t xml:space="preserve">, </w:t>
      </w:r>
      <w:proofErr w:type="spellStart"/>
      <w:r>
        <w:t>şikâyetin</w:t>
      </w:r>
      <w:proofErr w:type="spellEnd"/>
      <w:r>
        <w:t xml:space="preserve"> </w:t>
      </w:r>
      <w:proofErr w:type="spellStart"/>
      <w:r>
        <w:t>değerlendirilmesi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sonuçlandırılması</w:t>
      </w:r>
      <w:proofErr w:type="spellEnd"/>
      <w:r>
        <w:t xml:space="preserve"> </w:t>
      </w:r>
      <w:proofErr w:type="spellStart"/>
      <w:r>
        <w:t>amacıyla</w:t>
      </w:r>
      <w:proofErr w:type="spellEnd"/>
      <w:r>
        <w:t xml:space="preserve"> </w:t>
      </w:r>
      <w:proofErr w:type="spellStart"/>
      <w:r>
        <w:t>işlenecek</w:t>
      </w:r>
      <w:proofErr w:type="spellEnd"/>
      <w:r>
        <w:t xml:space="preserve">; </w:t>
      </w:r>
      <w:proofErr w:type="spellStart"/>
      <w:r>
        <w:t>erişim</w:t>
      </w:r>
      <w:proofErr w:type="spellEnd"/>
      <w:r>
        <w:t xml:space="preserve"> </w:t>
      </w:r>
      <w:proofErr w:type="spellStart"/>
      <w:r>
        <w:t>yalnızca</w:t>
      </w:r>
      <w:proofErr w:type="spellEnd"/>
      <w:r>
        <w:t xml:space="preserve"> </w:t>
      </w:r>
      <w:proofErr w:type="spellStart"/>
      <w:r>
        <w:t>yetkili</w:t>
      </w:r>
      <w:proofErr w:type="spellEnd"/>
      <w:r>
        <w:t xml:space="preserve"> </w:t>
      </w:r>
      <w:proofErr w:type="spellStart"/>
      <w:r>
        <w:t>kişilerle</w:t>
      </w:r>
      <w:proofErr w:type="spellEnd"/>
      <w:r>
        <w:t xml:space="preserve"> </w:t>
      </w:r>
      <w:proofErr w:type="spellStart"/>
      <w:r>
        <w:t>sınırlandırılacak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mevzuat</w:t>
      </w:r>
      <w:proofErr w:type="spellEnd"/>
      <w:r>
        <w:t xml:space="preserve"> </w:t>
      </w:r>
      <w:proofErr w:type="spellStart"/>
      <w:r>
        <w:t>ile</w:t>
      </w:r>
      <w:proofErr w:type="spellEnd"/>
      <w:r>
        <w:t xml:space="preserve"> </w:t>
      </w:r>
      <w:proofErr w:type="spellStart"/>
      <w:r>
        <w:t>üniversitenin</w:t>
      </w:r>
      <w:proofErr w:type="spellEnd"/>
      <w:r>
        <w:t xml:space="preserve"> 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verilerin</w:t>
      </w:r>
      <w:proofErr w:type="spellEnd"/>
      <w:r>
        <w:t xml:space="preserve"> </w:t>
      </w:r>
      <w:proofErr w:type="spellStart"/>
      <w:r>
        <w:t>korunmasına</w:t>
      </w:r>
      <w:proofErr w:type="spellEnd"/>
      <w:r>
        <w:t xml:space="preserve"> </w:t>
      </w:r>
      <w:proofErr w:type="spellStart"/>
      <w:r>
        <w:t>ilişkin</w:t>
      </w:r>
      <w:proofErr w:type="spellEnd"/>
      <w:r>
        <w:t xml:space="preserve"> </w:t>
      </w:r>
      <w:proofErr w:type="spellStart"/>
      <w:r>
        <w:t>düzenlemelerine</w:t>
      </w:r>
      <w:proofErr w:type="spellEnd"/>
      <w:r>
        <w:t xml:space="preserve">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şekilde</w:t>
      </w:r>
      <w:proofErr w:type="spellEnd"/>
      <w:r>
        <w:t xml:space="preserve"> </w:t>
      </w:r>
      <w:proofErr w:type="spellStart"/>
      <w:r>
        <w:t>muhafaza</w:t>
      </w:r>
      <w:proofErr w:type="spellEnd"/>
      <w:r>
        <w:t xml:space="preserve"> </w:t>
      </w:r>
      <w:proofErr w:type="spellStart"/>
      <w:r>
        <w:t>edilecektir</w:t>
      </w:r>
      <w:proofErr w:type="spellEnd"/>
      <w:r>
        <w:t xml:space="preserve">. </w:t>
      </w:r>
      <w:proofErr w:type="spellStart"/>
      <w:r>
        <w:t>Lütfen</w:t>
      </w:r>
      <w:proofErr w:type="spellEnd"/>
      <w:r>
        <w:t xml:space="preserve"> </w:t>
      </w:r>
      <w:proofErr w:type="spellStart"/>
      <w:r>
        <w:t>şikâyetin</w:t>
      </w:r>
      <w:proofErr w:type="spellEnd"/>
      <w:r>
        <w:t xml:space="preserve"> </w:t>
      </w:r>
      <w:proofErr w:type="spellStart"/>
      <w:r>
        <w:t>değerlendirilmesi</w:t>
      </w:r>
      <w:proofErr w:type="spellEnd"/>
      <w:r>
        <w:t xml:space="preserve"> </w:t>
      </w:r>
      <w:proofErr w:type="spellStart"/>
      <w:r>
        <w:t>için</w:t>
      </w:r>
      <w:proofErr w:type="spellEnd"/>
      <w:r>
        <w:t xml:space="preserve"> </w:t>
      </w:r>
      <w:proofErr w:type="spellStart"/>
      <w:r>
        <w:t>gerekli</w:t>
      </w:r>
      <w:proofErr w:type="spellEnd"/>
      <w:r>
        <w:t xml:space="preserve"> </w:t>
      </w:r>
      <w:proofErr w:type="spellStart"/>
      <w:r>
        <w:t>bilgiler</w:t>
      </w:r>
      <w:proofErr w:type="spellEnd"/>
      <w:r>
        <w:t xml:space="preserve"> </w:t>
      </w:r>
      <w:proofErr w:type="spellStart"/>
      <w:r>
        <w:t>dışında</w:t>
      </w:r>
      <w:proofErr w:type="spellEnd"/>
      <w:r>
        <w:t xml:space="preserve"> </w:t>
      </w:r>
      <w:proofErr w:type="spellStart"/>
      <w:r>
        <w:t>özel</w:t>
      </w:r>
      <w:proofErr w:type="spellEnd"/>
      <w:r>
        <w:t xml:space="preserve"> </w:t>
      </w:r>
      <w:proofErr w:type="spellStart"/>
      <w:r>
        <w:t>nitelikli</w:t>
      </w:r>
      <w:proofErr w:type="spellEnd"/>
      <w:r>
        <w:t xml:space="preserve"> </w:t>
      </w:r>
      <w:proofErr w:type="spellStart"/>
      <w:r>
        <w:t>kişisel</w:t>
      </w:r>
      <w:proofErr w:type="spellEnd"/>
      <w:r>
        <w:t xml:space="preserve"> </w:t>
      </w:r>
      <w:proofErr w:type="spellStart"/>
      <w:r>
        <w:t>veri</w:t>
      </w:r>
      <w:proofErr w:type="spellEnd"/>
      <w:r>
        <w:t xml:space="preserve"> </w:t>
      </w:r>
      <w:proofErr w:type="spellStart"/>
      <w:r>
        <w:t>paylaşmayınız</w:t>
      </w:r>
      <w:proofErr w:type="spellEnd"/>
      <w:r>
        <w:t>.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835"/>
        <w:gridCol w:w="6803"/>
      </w:tblGrid>
      <w:tr w:rsidR="00C10147" w14:paraId="5A78AC5E" w14:textId="77777777">
        <w:trPr>
          <w:jc w:val="center"/>
        </w:trPr>
        <w:tc>
          <w:tcPr>
            <w:tcW w:w="2835" w:type="dxa"/>
            <w:vAlign w:val="center"/>
          </w:tcPr>
          <w:p w14:paraId="39BADC1A" w14:textId="77777777" w:rsidR="00C10147" w:rsidRDefault="009A655E">
            <w:proofErr w:type="spellStart"/>
            <w:r>
              <w:rPr>
                <w:b/>
              </w:rPr>
              <w:t>Başvuru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Sahibinin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İmzası</w:t>
            </w:r>
            <w:proofErr w:type="spellEnd"/>
            <w:r>
              <w:rPr>
                <w:b/>
              </w:rPr>
              <w:t xml:space="preserve"> (</w:t>
            </w:r>
            <w:proofErr w:type="spellStart"/>
            <w:r>
              <w:rPr>
                <w:b/>
              </w:rPr>
              <w:t>varsa</w:t>
            </w:r>
            <w:proofErr w:type="spellEnd"/>
            <w:r>
              <w:rPr>
                <w:b/>
              </w:rPr>
              <w:t>)</w:t>
            </w:r>
          </w:p>
        </w:tc>
        <w:tc>
          <w:tcPr>
            <w:tcW w:w="6803" w:type="dxa"/>
            <w:vAlign w:val="center"/>
          </w:tcPr>
          <w:p w14:paraId="509AB759" w14:textId="77777777" w:rsidR="00C10147" w:rsidRDefault="009A655E">
            <w:r>
              <w:t>................................................</w:t>
            </w:r>
          </w:p>
        </w:tc>
      </w:tr>
      <w:tr w:rsidR="00C10147" w14:paraId="3A4BF6B4" w14:textId="77777777">
        <w:trPr>
          <w:jc w:val="center"/>
        </w:trPr>
        <w:tc>
          <w:tcPr>
            <w:tcW w:w="2835" w:type="dxa"/>
            <w:vAlign w:val="center"/>
          </w:tcPr>
          <w:p w14:paraId="62798696" w14:textId="77777777" w:rsidR="00C10147" w:rsidRDefault="009A655E">
            <w:proofErr w:type="spellStart"/>
            <w:r>
              <w:rPr>
                <w:b/>
              </w:rPr>
              <w:t>Formu</w:t>
            </w:r>
            <w:proofErr w:type="spellEnd"/>
            <w:r>
              <w:rPr>
                <w:b/>
              </w:rPr>
              <w:t xml:space="preserve"> Teslim Alan</w:t>
            </w:r>
          </w:p>
        </w:tc>
        <w:tc>
          <w:tcPr>
            <w:tcW w:w="6803" w:type="dxa"/>
            <w:vAlign w:val="center"/>
          </w:tcPr>
          <w:p w14:paraId="6B2D0CAB" w14:textId="77777777" w:rsidR="00C10147" w:rsidRDefault="009A655E">
            <w:proofErr w:type="spellStart"/>
            <w:r>
              <w:t>Adı</w:t>
            </w:r>
            <w:proofErr w:type="spellEnd"/>
            <w:r>
              <w:t xml:space="preserve"> Soyadı: ....................................   Tarih: …… / …… / …………</w:t>
            </w:r>
          </w:p>
        </w:tc>
      </w:tr>
    </w:tbl>
    <w:p w14:paraId="0F443787" w14:textId="77777777" w:rsidR="00C10147" w:rsidRDefault="00C10147">
      <w:pPr>
        <w:spacing w:after="0"/>
      </w:pPr>
    </w:p>
    <w:p w14:paraId="4712EB3E" w14:textId="77777777" w:rsidR="00C10147" w:rsidRDefault="009A655E">
      <w:pPr>
        <w:spacing w:before="100"/>
      </w:pPr>
      <w:r>
        <w:rPr>
          <w:b/>
        </w:rPr>
        <w:t xml:space="preserve">Not: </w:t>
      </w:r>
      <w:proofErr w:type="spellStart"/>
      <w:r>
        <w:t>Başvurular</w:t>
      </w:r>
      <w:proofErr w:type="spellEnd"/>
      <w:r>
        <w:t xml:space="preserve">, </w:t>
      </w:r>
      <w:proofErr w:type="spellStart"/>
      <w:r>
        <w:t>İnsan</w:t>
      </w:r>
      <w:proofErr w:type="spellEnd"/>
      <w:r>
        <w:t xml:space="preserve"> </w:t>
      </w:r>
      <w:proofErr w:type="spellStart"/>
      <w:r>
        <w:t>Kaynakları</w:t>
      </w:r>
      <w:proofErr w:type="spellEnd"/>
      <w:r>
        <w:t xml:space="preserve"> </w:t>
      </w:r>
      <w:proofErr w:type="spellStart"/>
      <w:r>
        <w:t>Müdürlüğüne</w:t>
      </w:r>
      <w:proofErr w:type="spellEnd"/>
      <w:r>
        <w:t xml:space="preserve"> </w:t>
      </w:r>
      <w:proofErr w:type="spellStart"/>
      <w:r>
        <w:t>yazılı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uygun</w:t>
      </w:r>
      <w:proofErr w:type="spellEnd"/>
      <w:r>
        <w:t xml:space="preserve"> </w:t>
      </w:r>
      <w:proofErr w:type="spellStart"/>
      <w:r>
        <w:t>diğer</w:t>
      </w:r>
      <w:proofErr w:type="spellEnd"/>
      <w:r>
        <w:t xml:space="preserve"> </w:t>
      </w:r>
      <w:proofErr w:type="spellStart"/>
      <w:r>
        <w:t>bildirim</w:t>
      </w:r>
      <w:proofErr w:type="spellEnd"/>
      <w:r>
        <w:t xml:space="preserve"> </w:t>
      </w:r>
      <w:proofErr w:type="spellStart"/>
      <w:r>
        <w:t>kanallarıyla</w:t>
      </w:r>
      <w:proofErr w:type="spellEnd"/>
      <w:r>
        <w:t xml:space="preserve"> </w:t>
      </w:r>
      <w:proofErr w:type="spellStart"/>
      <w:r>
        <w:t>iletilebilir</w:t>
      </w:r>
      <w:proofErr w:type="spellEnd"/>
      <w:r>
        <w:t xml:space="preserve">. Acil risk, </w:t>
      </w:r>
      <w:proofErr w:type="spellStart"/>
      <w:r>
        <w:t>şiddet</w:t>
      </w:r>
      <w:proofErr w:type="spellEnd"/>
      <w:r>
        <w:t xml:space="preserve">, </w:t>
      </w:r>
      <w:proofErr w:type="spellStart"/>
      <w:r>
        <w:t>taciz</w:t>
      </w:r>
      <w:proofErr w:type="spellEnd"/>
      <w:r>
        <w:t xml:space="preserve">, </w:t>
      </w:r>
      <w:proofErr w:type="spellStart"/>
      <w:r>
        <w:t>ayrımcılık</w:t>
      </w:r>
      <w:proofErr w:type="spellEnd"/>
      <w:r>
        <w:t xml:space="preserve"> </w:t>
      </w:r>
      <w:proofErr w:type="spellStart"/>
      <w:r>
        <w:t>veya</w:t>
      </w:r>
      <w:proofErr w:type="spellEnd"/>
      <w:r>
        <w:t xml:space="preserve"> </w:t>
      </w:r>
      <w:proofErr w:type="spellStart"/>
      <w:r>
        <w:t>benzeri</w:t>
      </w:r>
      <w:proofErr w:type="spellEnd"/>
      <w:r>
        <w:t xml:space="preserve"> </w:t>
      </w:r>
      <w:proofErr w:type="spellStart"/>
      <w:r>
        <w:t>hassas</w:t>
      </w:r>
      <w:proofErr w:type="spellEnd"/>
      <w:r>
        <w:t xml:space="preserve"> </w:t>
      </w:r>
      <w:proofErr w:type="spellStart"/>
      <w:r>
        <w:t>iddialar</w:t>
      </w:r>
      <w:proofErr w:type="spellEnd"/>
      <w:r>
        <w:t xml:space="preserve">, </w:t>
      </w:r>
      <w:proofErr w:type="spellStart"/>
      <w:r>
        <w:t>kurumun</w:t>
      </w:r>
      <w:proofErr w:type="spellEnd"/>
      <w:r>
        <w:t xml:space="preserve"> </w:t>
      </w:r>
      <w:proofErr w:type="spellStart"/>
      <w:r>
        <w:t>ilgili</w:t>
      </w:r>
      <w:proofErr w:type="spellEnd"/>
      <w:r>
        <w:t xml:space="preserve"> </w:t>
      </w:r>
      <w:proofErr w:type="spellStart"/>
      <w:r>
        <w:t>usulleri</w:t>
      </w:r>
      <w:proofErr w:type="spellEnd"/>
      <w:r>
        <w:t xml:space="preserve"> </w:t>
      </w:r>
      <w:proofErr w:type="spellStart"/>
      <w:r>
        <w:t>çerçevesinde</w:t>
      </w:r>
      <w:proofErr w:type="spellEnd"/>
      <w:r>
        <w:t xml:space="preserve"> </w:t>
      </w:r>
      <w:proofErr w:type="spellStart"/>
      <w:r>
        <w:t>yetkili</w:t>
      </w:r>
      <w:proofErr w:type="spellEnd"/>
      <w:r>
        <w:t xml:space="preserve"> </w:t>
      </w:r>
      <w:proofErr w:type="spellStart"/>
      <w:r>
        <w:t>makama</w:t>
      </w:r>
      <w:proofErr w:type="spellEnd"/>
      <w:r>
        <w:t xml:space="preserve"> </w:t>
      </w:r>
      <w:proofErr w:type="spellStart"/>
      <w:r>
        <w:t>gecikmeksizin</w:t>
      </w:r>
      <w:proofErr w:type="spellEnd"/>
      <w:r>
        <w:t xml:space="preserve"> </w:t>
      </w:r>
      <w:proofErr w:type="spellStart"/>
      <w:r>
        <w:t>yönlendirilmelidir</w:t>
      </w:r>
      <w:proofErr w:type="spellEnd"/>
      <w:r>
        <w:t>.</w:t>
      </w:r>
    </w:p>
    <w:sectPr w:rsidR="00C10147" w:rsidSect="00034616">
      <w:headerReference w:type="default" r:id="rId8"/>
      <w:footerReference w:type="default" r:id="rId9"/>
      <w:pgSz w:w="11906" w:h="16838"/>
      <w:pgMar w:top="1417" w:right="970" w:bottom="1417" w:left="97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58301" w14:textId="77777777" w:rsidR="00312F06" w:rsidRDefault="00312F06">
      <w:pPr>
        <w:spacing w:after="0" w:line="240" w:lineRule="auto"/>
      </w:pPr>
      <w:r>
        <w:separator/>
      </w:r>
    </w:p>
  </w:endnote>
  <w:endnote w:type="continuationSeparator" w:id="0">
    <w:p w14:paraId="33EC9CCF" w14:textId="77777777" w:rsidR="00312F06" w:rsidRDefault="00312F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2"/>
      <w:tblW w:w="5000" w:type="pct"/>
      <w:tblLook w:val="04A0" w:firstRow="1" w:lastRow="0" w:firstColumn="1" w:lastColumn="0" w:noHBand="0" w:noVBand="1"/>
    </w:tblPr>
    <w:tblGrid>
      <w:gridCol w:w="3117"/>
      <w:gridCol w:w="3416"/>
      <w:gridCol w:w="3423"/>
    </w:tblGrid>
    <w:tr w:rsidR="007A4BD6" w:rsidRPr="005A2964" w14:paraId="0FE296CC" w14:textId="77777777" w:rsidTr="00245975">
      <w:trPr>
        <w:trHeight w:val="241"/>
      </w:trPr>
      <w:tc>
        <w:tcPr>
          <w:tcW w:w="1565" w:type="pct"/>
          <w:vAlign w:val="center"/>
        </w:tcPr>
        <w:p w14:paraId="260D05CD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after="160" w:line="259" w:lineRule="auto"/>
            <w:ind w:left="-252" w:firstLine="252"/>
            <w:jc w:val="center"/>
            <w:rPr>
              <w:rFonts w:ascii="Cambria" w:eastAsiaTheme="minorHAnsi" w:hAnsi="Cambria" w:cstheme="minorBidi"/>
              <w:b/>
              <w:color w:val="000000"/>
              <w:lang w:eastAsia="en-US"/>
            </w:rPr>
          </w:pPr>
          <w:proofErr w:type="spellStart"/>
          <w:r w:rsidRPr="005A2964">
            <w:rPr>
              <w:rFonts w:ascii="Cambria" w:eastAsiaTheme="minorHAnsi" w:hAnsi="Cambria" w:cstheme="minorBidi"/>
              <w:b/>
              <w:color w:val="000000"/>
              <w:lang w:eastAsia="en-US"/>
            </w:rPr>
            <w:t>Hazırlayan</w:t>
          </w:r>
          <w:proofErr w:type="spellEnd"/>
        </w:p>
      </w:tc>
      <w:tc>
        <w:tcPr>
          <w:tcW w:w="1715" w:type="pct"/>
          <w:vAlign w:val="center"/>
        </w:tcPr>
        <w:p w14:paraId="5CA44258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b/>
              <w:color w:val="000000"/>
              <w:lang w:eastAsia="en-US"/>
            </w:rPr>
          </w:pPr>
          <w:proofErr w:type="spellStart"/>
          <w:r w:rsidRPr="005A2964">
            <w:rPr>
              <w:rFonts w:ascii="Cambria" w:eastAsiaTheme="minorHAnsi" w:hAnsi="Cambria" w:cstheme="minorBidi"/>
              <w:b/>
              <w:color w:val="000000"/>
              <w:lang w:eastAsia="en-US"/>
            </w:rPr>
            <w:t>Kalite</w:t>
          </w:r>
          <w:proofErr w:type="spellEnd"/>
          <w:r w:rsidRPr="005A2964">
            <w:rPr>
              <w:rFonts w:ascii="Cambria" w:eastAsiaTheme="minorHAnsi" w:hAnsi="Cambria" w:cstheme="minorBidi"/>
              <w:b/>
              <w:color w:val="000000"/>
              <w:lang w:eastAsia="en-US"/>
            </w:rPr>
            <w:t xml:space="preserve"> </w:t>
          </w:r>
          <w:proofErr w:type="spellStart"/>
          <w:r w:rsidRPr="005A2964">
            <w:rPr>
              <w:rFonts w:ascii="Cambria" w:eastAsiaTheme="minorHAnsi" w:hAnsi="Cambria" w:cstheme="minorBidi"/>
              <w:b/>
              <w:color w:val="000000"/>
              <w:lang w:eastAsia="en-US"/>
            </w:rPr>
            <w:t>Sistem</w:t>
          </w:r>
          <w:proofErr w:type="spellEnd"/>
          <w:r w:rsidRPr="005A2964">
            <w:rPr>
              <w:rFonts w:ascii="Cambria" w:eastAsiaTheme="minorHAnsi" w:hAnsi="Cambria" w:cstheme="minorBidi"/>
              <w:b/>
              <w:color w:val="000000"/>
              <w:lang w:eastAsia="en-US"/>
            </w:rPr>
            <w:t xml:space="preserve"> </w:t>
          </w:r>
          <w:proofErr w:type="spellStart"/>
          <w:r w:rsidRPr="005A2964">
            <w:rPr>
              <w:rFonts w:ascii="Cambria" w:eastAsiaTheme="minorHAnsi" w:hAnsi="Cambria" w:cstheme="minorBidi"/>
              <w:b/>
              <w:color w:val="000000"/>
              <w:lang w:eastAsia="en-US"/>
            </w:rPr>
            <w:t>Onayı</w:t>
          </w:r>
          <w:proofErr w:type="spellEnd"/>
        </w:p>
      </w:tc>
      <w:tc>
        <w:tcPr>
          <w:tcW w:w="1719" w:type="pct"/>
          <w:vAlign w:val="center"/>
        </w:tcPr>
        <w:p w14:paraId="2491FEA4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b/>
              <w:color w:val="000000"/>
              <w:lang w:eastAsia="en-US"/>
            </w:rPr>
          </w:pPr>
          <w:proofErr w:type="spellStart"/>
          <w:r w:rsidRPr="005A2964">
            <w:rPr>
              <w:rFonts w:ascii="Cambria" w:eastAsiaTheme="minorHAnsi" w:hAnsi="Cambria" w:cstheme="minorBidi"/>
              <w:b/>
              <w:color w:val="000000"/>
              <w:lang w:eastAsia="en-US"/>
            </w:rPr>
            <w:t>Yürürlük</w:t>
          </w:r>
          <w:proofErr w:type="spellEnd"/>
          <w:r w:rsidRPr="005A2964">
            <w:rPr>
              <w:rFonts w:ascii="Cambria" w:eastAsiaTheme="minorHAnsi" w:hAnsi="Cambria" w:cstheme="minorBidi"/>
              <w:b/>
              <w:color w:val="000000"/>
              <w:lang w:eastAsia="en-US"/>
            </w:rPr>
            <w:t xml:space="preserve"> </w:t>
          </w:r>
          <w:proofErr w:type="spellStart"/>
          <w:r w:rsidRPr="005A2964">
            <w:rPr>
              <w:rFonts w:ascii="Cambria" w:eastAsiaTheme="minorHAnsi" w:hAnsi="Cambria" w:cstheme="minorBidi"/>
              <w:b/>
              <w:color w:val="000000"/>
              <w:lang w:eastAsia="en-US"/>
            </w:rPr>
            <w:t>Onayı</w:t>
          </w:r>
          <w:proofErr w:type="spellEnd"/>
        </w:p>
      </w:tc>
    </w:tr>
    <w:tr w:rsidR="007A4BD6" w:rsidRPr="005A2964" w14:paraId="15778E1A" w14:textId="77777777" w:rsidTr="00245975">
      <w:trPr>
        <w:trHeight w:val="251"/>
      </w:trPr>
      <w:tc>
        <w:tcPr>
          <w:tcW w:w="1565" w:type="pct"/>
          <w:vAlign w:val="center"/>
        </w:tcPr>
        <w:p w14:paraId="02BFD2F3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after="160" w:line="259" w:lineRule="auto"/>
            <w:rPr>
              <w:rFonts w:ascii="Cambria" w:eastAsiaTheme="minorHAnsi" w:hAnsi="Cambria" w:cstheme="minorBidi"/>
              <w:color w:val="000000"/>
              <w:lang w:eastAsia="en-US"/>
            </w:rPr>
          </w:pPr>
          <w:r>
            <w:rPr>
              <w:rFonts w:ascii="Cambria" w:eastAsiaTheme="minorHAnsi" w:hAnsi="Cambria" w:cstheme="minorBidi"/>
              <w:color w:val="000000"/>
              <w:lang w:eastAsia="en-US"/>
            </w:rPr>
            <w:t xml:space="preserve"> </w:t>
          </w:r>
          <w:proofErr w:type="spellStart"/>
          <w:r>
            <w:rPr>
              <w:rFonts w:ascii="Cambria" w:eastAsiaTheme="minorHAnsi" w:hAnsi="Cambria" w:cstheme="minorBidi"/>
              <w:color w:val="000000"/>
              <w:lang w:eastAsia="en-US"/>
            </w:rPr>
            <w:t>Birim</w:t>
          </w:r>
          <w:proofErr w:type="spellEnd"/>
          <w:r>
            <w:rPr>
              <w:rFonts w:ascii="Cambria" w:eastAsiaTheme="minorHAnsi" w:hAnsi="Cambria" w:cstheme="minorBidi"/>
              <w:color w:val="000000"/>
              <w:lang w:eastAsia="en-US"/>
            </w:rPr>
            <w:t xml:space="preserve"> </w:t>
          </w:r>
          <w:proofErr w:type="spellStart"/>
          <w:r>
            <w:rPr>
              <w:rFonts w:ascii="Cambria" w:eastAsiaTheme="minorHAnsi" w:hAnsi="Cambria" w:cstheme="minorBidi"/>
              <w:color w:val="000000"/>
              <w:lang w:eastAsia="en-US"/>
            </w:rPr>
            <w:t>Kalite</w:t>
          </w:r>
          <w:proofErr w:type="spellEnd"/>
          <w:r>
            <w:rPr>
              <w:rFonts w:ascii="Cambria" w:eastAsiaTheme="minorHAnsi" w:hAnsi="Cambria" w:cstheme="minorBidi"/>
              <w:color w:val="000000"/>
              <w:lang w:eastAsia="en-US"/>
            </w:rPr>
            <w:t xml:space="preserve"> </w:t>
          </w:r>
          <w:proofErr w:type="spellStart"/>
          <w:r>
            <w:rPr>
              <w:rFonts w:ascii="Cambria" w:eastAsiaTheme="minorHAnsi" w:hAnsi="Cambria" w:cstheme="minorBidi"/>
              <w:color w:val="000000"/>
              <w:lang w:eastAsia="en-US"/>
            </w:rPr>
            <w:t>Sorumlusu</w:t>
          </w:r>
          <w:proofErr w:type="spellEnd"/>
        </w:p>
      </w:tc>
      <w:tc>
        <w:tcPr>
          <w:tcW w:w="1715" w:type="pct"/>
          <w:vAlign w:val="center"/>
        </w:tcPr>
        <w:p w14:paraId="140C68A8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after="160" w:line="259" w:lineRule="auto"/>
            <w:jc w:val="center"/>
            <w:rPr>
              <w:rFonts w:ascii="Cambria" w:eastAsiaTheme="minorHAnsi" w:hAnsi="Cambria" w:cstheme="minorBidi"/>
              <w:color w:val="000000"/>
              <w:lang w:eastAsia="en-US"/>
            </w:rPr>
          </w:pPr>
          <w:proofErr w:type="spellStart"/>
          <w:r>
            <w:rPr>
              <w:rFonts w:ascii="Cambria" w:eastAsiaTheme="minorHAnsi" w:hAnsi="Cambria" w:cstheme="minorBidi"/>
              <w:color w:val="000000"/>
              <w:lang w:eastAsia="en-US"/>
            </w:rPr>
            <w:t>Kalite</w:t>
          </w:r>
          <w:proofErr w:type="spellEnd"/>
          <w:r>
            <w:rPr>
              <w:rFonts w:ascii="Cambria" w:eastAsiaTheme="minorHAnsi" w:hAnsi="Cambria" w:cstheme="minorBidi"/>
              <w:color w:val="000000"/>
              <w:lang w:eastAsia="en-US"/>
            </w:rPr>
            <w:t xml:space="preserve"> </w:t>
          </w:r>
          <w:proofErr w:type="spellStart"/>
          <w:r>
            <w:rPr>
              <w:rFonts w:ascii="Cambria" w:eastAsiaTheme="minorHAnsi" w:hAnsi="Cambria" w:cstheme="minorBidi"/>
              <w:color w:val="000000"/>
              <w:lang w:eastAsia="en-US"/>
            </w:rPr>
            <w:t>Koordinatörlüğü</w:t>
          </w:r>
          <w:proofErr w:type="spellEnd"/>
        </w:p>
      </w:tc>
      <w:tc>
        <w:tcPr>
          <w:tcW w:w="1719" w:type="pct"/>
          <w:vAlign w:val="center"/>
        </w:tcPr>
        <w:p w14:paraId="3B17A73C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after="160" w:line="259" w:lineRule="auto"/>
            <w:ind w:firstLine="720"/>
            <w:rPr>
              <w:rFonts w:ascii="Cambria" w:eastAsiaTheme="minorHAnsi" w:hAnsi="Cambria" w:cstheme="minorBidi"/>
              <w:color w:val="000000"/>
              <w:lang w:eastAsia="en-US"/>
            </w:rPr>
          </w:pPr>
          <w:r w:rsidRPr="005A2964">
            <w:rPr>
              <w:rFonts w:ascii="Cambria" w:eastAsiaTheme="minorHAnsi" w:hAnsi="Cambria" w:cstheme="minorBidi"/>
              <w:color w:val="000000"/>
              <w:lang w:eastAsia="en-US"/>
            </w:rPr>
            <w:t xml:space="preserve">       </w:t>
          </w:r>
          <w:r>
            <w:rPr>
              <w:rFonts w:ascii="Cambria" w:eastAsiaTheme="minorHAnsi" w:hAnsi="Cambria" w:cstheme="minorBidi"/>
              <w:color w:val="000000"/>
              <w:lang w:eastAsia="en-US"/>
            </w:rPr>
            <w:t xml:space="preserve">     </w:t>
          </w:r>
          <w:proofErr w:type="spellStart"/>
          <w:r w:rsidRPr="005A2964">
            <w:rPr>
              <w:rFonts w:ascii="Cambria" w:eastAsiaTheme="minorHAnsi" w:hAnsi="Cambria" w:cstheme="minorBidi"/>
              <w:color w:val="000000"/>
              <w:lang w:eastAsia="en-US"/>
            </w:rPr>
            <w:t>Rektör</w:t>
          </w:r>
          <w:proofErr w:type="spellEnd"/>
        </w:p>
      </w:tc>
    </w:tr>
  </w:tbl>
  <w:p w14:paraId="2693451A" w14:textId="77777777" w:rsidR="00000000" w:rsidRPr="001C0345" w:rsidRDefault="00000000" w:rsidP="007A4BD6">
    <w:pPr>
      <w:pStyle w:val="AltBilgi"/>
      <w:jc w:val="center"/>
      <w:rPr>
        <w:sz w:val="16"/>
        <w:szCs w:val="16"/>
      </w:rPr>
    </w:pPr>
    <w:r>
      <w:tab/>
    </w:r>
    <w:r w:rsidRPr="001C0345">
      <w:rPr>
        <w:b/>
        <w:sz w:val="16"/>
        <w:szCs w:val="16"/>
      </w:rPr>
      <w:t>Adres:</w:t>
    </w:r>
    <w:r w:rsidRPr="001C0345">
      <w:rPr>
        <w:sz w:val="16"/>
        <w:szCs w:val="16"/>
      </w:rPr>
      <w:t xml:space="preserve"> </w:t>
    </w:r>
    <w:proofErr w:type="spellStart"/>
    <w:r w:rsidRPr="001C0345">
      <w:rPr>
        <w:sz w:val="16"/>
        <w:szCs w:val="16"/>
      </w:rPr>
      <w:t>Cikcilli</w:t>
    </w:r>
    <w:proofErr w:type="spellEnd"/>
    <w:r w:rsidRPr="001C0345">
      <w:rPr>
        <w:sz w:val="16"/>
        <w:szCs w:val="16"/>
      </w:rPr>
      <w:t xml:space="preserve"> Mah. </w:t>
    </w:r>
    <w:proofErr w:type="spellStart"/>
    <w:r w:rsidRPr="001C0345">
      <w:rPr>
        <w:sz w:val="16"/>
        <w:szCs w:val="16"/>
      </w:rPr>
      <w:t>Saraybeleni</w:t>
    </w:r>
    <w:proofErr w:type="spellEnd"/>
    <w:r w:rsidRPr="001C0345">
      <w:rPr>
        <w:sz w:val="16"/>
        <w:szCs w:val="16"/>
      </w:rPr>
      <w:t xml:space="preserve"> Cad. No:7 07400 Alanya/Antalya/TÜRKİYE https://www.alanyauniversity.edu.tr</w:t>
    </w:r>
  </w:p>
  <w:p w14:paraId="7ACEBF1F" w14:textId="77777777" w:rsidR="00000000" w:rsidRDefault="00000000" w:rsidP="007A4BD6">
    <w:pPr>
      <w:pStyle w:val="AltBilgi"/>
      <w:jc w:val="center"/>
      <w:rPr>
        <w:sz w:val="16"/>
        <w:szCs w:val="16"/>
      </w:rPr>
    </w:pPr>
    <w:hyperlink r:id="rId1" w:history="1">
      <w:r w:rsidRPr="001C0345">
        <w:rPr>
          <w:rStyle w:val="Kpr"/>
          <w:color w:val="000000" w:themeColor="text1"/>
          <w:sz w:val="16"/>
          <w:szCs w:val="16"/>
        </w:rPr>
        <w:t>info@alanyauniversity.edu.tr</w:t>
      </w:r>
    </w:hyperlink>
    <w:r w:rsidRPr="001C0345">
      <w:rPr>
        <w:color w:val="000000" w:themeColor="text1"/>
        <w:sz w:val="16"/>
        <w:szCs w:val="16"/>
      </w:rPr>
      <w:t xml:space="preserve"> </w:t>
    </w:r>
    <w:r w:rsidRPr="001C0345">
      <w:rPr>
        <w:sz w:val="16"/>
        <w:szCs w:val="16"/>
      </w:rPr>
      <w:t>TEL: +90 242 513 69 69 / 3500 (</w:t>
    </w:r>
    <w:proofErr w:type="spellStart"/>
    <w:r w:rsidRPr="001C0345">
      <w:rPr>
        <w:sz w:val="16"/>
        <w:szCs w:val="16"/>
      </w:rPr>
      <w:t>santral</w:t>
    </w:r>
    <w:proofErr w:type="spellEnd"/>
    <w:r w:rsidRPr="001C0345">
      <w:rPr>
        <w:sz w:val="16"/>
        <w:szCs w:val="16"/>
      </w:rPr>
      <w:t>) FAKS: +90 242 513 69 66</w:t>
    </w:r>
  </w:p>
  <w:p w14:paraId="68870FCE" w14:textId="77777777" w:rsidR="00000000" w:rsidRPr="007A39AE" w:rsidRDefault="00000000" w:rsidP="007A4BD6">
    <w:pPr>
      <w:pStyle w:val="AltBilgi"/>
      <w:jc w:val="center"/>
      <w:rPr>
        <w:sz w:val="16"/>
        <w:szCs w:val="16"/>
      </w:rPr>
    </w:pPr>
    <w:r w:rsidRPr="00F56B54">
      <w:rPr>
        <w:rFonts w:ascii="Calibri" w:hAnsi="Calibri"/>
        <w:b/>
        <w:color w:val="FF0000"/>
      </w:rPr>
      <w:t>KONTROLLÜ</w:t>
    </w:r>
    <w:r w:rsidRPr="00F56B54">
      <w:rPr>
        <w:rFonts w:ascii="Calibri" w:hAnsi="Calibri"/>
        <w:b/>
        <w:color w:val="FF0000"/>
        <w:spacing w:val="-6"/>
      </w:rPr>
      <w:t xml:space="preserve"> </w:t>
    </w:r>
    <w:r w:rsidRPr="00F56B54">
      <w:rPr>
        <w:rFonts w:ascii="Calibri" w:hAnsi="Calibri"/>
        <w:b/>
        <w:color w:val="FF0000"/>
        <w:spacing w:val="-2"/>
      </w:rPr>
      <w:t>KOPYA</w:t>
    </w:r>
  </w:p>
  <w:p w14:paraId="2076424E" w14:textId="77777777" w:rsidR="00000000" w:rsidRDefault="00000000" w:rsidP="007A4BD6">
    <w:pPr>
      <w:pStyle w:val="AltBilgi"/>
      <w:tabs>
        <w:tab w:val="left" w:pos="2196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FD0470" w14:textId="77777777" w:rsidR="00312F06" w:rsidRDefault="00312F06">
      <w:pPr>
        <w:spacing w:after="0" w:line="240" w:lineRule="auto"/>
      </w:pPr>
      <w:r>
        <w:separator/>
      </w:r>
    </w:p>
  </w:footnote>
  <w:footnote w:type="continuationSeparator" w:id="0">
    <w:p w14:paraId="2C98B5B6" w14:textId="77777777" w:rsidR="00312F06" w:rsidRDefault="00312F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1"/>
      <w:tblW w:w="10060" w:type="dxa"/>
      <w:jc w:val="center"/>
      <w:tblLayout w:type="fixed"/>
      <w:tblLook w:val="04A0" w:firstRow="1" w:lastRow="0" w:firstColumn="1" w:lastColumn="0" w:noHBand="0" w:noVBand="1"/>
    </w:tblPr>
    <w:tblGrid>
      <w:gridCol w:w="2328"/>
      <w:gridCol w:w="5173"/>
      <w:gridCol w:w="1425"/>
      <w:gridCol w:w="1134"/>
    </w:tblGrid>
    <w:tr w:rsidR="007A4BD6" w:rsidRPr="005A2964" w14:paraId="56AC2145" w14:textId="77777777" w:rsidTr="00245975">
      <w:trPr>
        <w:trHeight w:val="284"/>
        <w:jc w:val="center"/>
      </w:trPr>
      <w:tc>
        <w:tcPr>
          <w:tcW w:w="2328" w:type="dxa"/>
          <w:vMerge w:val="restart"/>
          <w:vAlign w:val="center"/>
        </w:tcPr>
        <w:p w14:paraId="34BD3503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/>
              <w:sz w:val="18"/>
              <w:szCs w:val="18"/>
            </w:rPr>
          </w:pPr>
          <w:r w:rsidRPr="005A2964">
            <w:rPr>
              <w:rFonts w:ascii="Cambria" w:hAnsi="Cambria"/>
              <w:noProof/>
              <w:sz w:val="16"/>
              <w:szCs w:val="16"/>
            </w:rPr>
            <w:drawing>
              <wp:inline distT="0" distB="0" distL="0" distR="0" wp14:anchorId="662A4B75" wp14:editId="7F9DB56C">
                <wp:extent cx="710517" cy="676275"/>
                <wp:effectExtent l="0" t="0" r="0" b="0"/>
                <wp:docPr id="2" name="Resim 2" descr="C:\Users\USER\Desktop\Alanya Üniversitesi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SER\Desktop\Alanya Üniversitesi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12745" cy="678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73" w:type="dxa"/>
          <w:vMerge w:val="restart"/>
          <w:vAlign w:val="center"/>
        </w:tcPr>
        <w:p w14:paraId="59A77CD8" w14:textId="77777777" w:rsidR="00000000" w:rsidRPr="007A4BD6" w:rsidRDefault="00000000" w:rsidP="007A4BD6">
          <w:pPr>
            <w:tabs>
              <w:tab w:val="center" w:pos="4536"/>
              <w:tab w:val="left" w:pos="5812"/>
              <w:tab w:val="right" w:pos="9072"/>
            </w:tabs>
            <w:spacing w:line="276" w:lineRule="auto"/>
            <w:ind w:left="-142"/>
            <w:jc w:val="center"/>
            <w:rPr>
              <w:rFonts w:ascii="Times New Roman" w:hAnsi="Times New Roman" w:cs="Times New Roman"/>
              <w:b/>
            </w:rPr>
          </w:pPr>
          <w:r w:rsidRPr="007A4BD6">
            <w:rPr>
              <w:rFonts w:ascii="Times New Roman" w:hAnsi="Times New Roman" w:cs="Times New Roman"/>
              <w:b/>
            </w:rPr>
            <w:t>T.C.</w:t>
          </w:r>
        </w:p>
        <w:p w14:paraId="096D529F" w14:textId="77777777" w:rsidR="00000000" w:rsidRPr="007A4BD6" w:rsidRDefault="00000000" w:rsidP="007A4BD6">
          <w:pPr>
            <w:tabs>
              <w:tab w:val="center" w:pos="4536"/>
              <w:tab w:val="left" w:pos="5812"/>
              <w:tab w:val="right" w:pos="9072"/>
            </w:tabs>
            <w:spacing w:line="276" w:lineRule="auto"/>
            <w:ind w:left="-142"/>
            <w:jc w:val="center"/>
            <w:rPr>
              <w:rFonts w:ascii="Times New Roman" w:hAnsi="Times New Roman" w:cs="Times New Roman"/>
              <w:b/>
            </w:rPr>
          </w:pPr>
          <w:r w:rsidRPr="007A4BD6">
            <w:rPr>
              <w:rFonts w:ascii="Times New Roman" w:hAnsi="Times New Roman" w:cs="Times New Roman"/>
              <w:b/>
            </w:rPr>
            <w:t>ALANYA ÜNİVERSİTESİ</w:t>
          </w:r>
        </w:p>
        <w:p w14:paraId="420763AC" w14:textId="77777777" w:rsidR="00000000" w:rsidRPr="007A4BD6" w:rsidRDefault="00000000" w:rsidP="007A4BD6">
          <w:pPr>
            <w:jc w:val="center"/>
            <w:rPr>
              <w:rFonts w:ascii="Times New Roman" w:hAnsi="Times New Roman" w:cs="Times New Roman"/>
              <w:b/>
            </w:rPr>
          </w:pPr>
          <w:r w:rsidRPr="007A4BD6">
            <w:rPr>
              <w:rFonts w:ascii="Times New Roman" w:hAnsi="Times New Roman" w:cs="Times New Roman"/>
              <w:b/>
            </w:rPr>
            <w:t>ŞİKÂYET BİLDİRİM FORMU</w:t>
          </w:r>
        </w:p>
        <w:p w14:paraId="30878305" w14:textId="77777777" w:rsidR="00000000" w:rsidRPr="005A2964" w:rsidRDefault="00000000" w:rsidP="007A4BD6">
          <w:pPr>
            <w:tabs>
              <w:tab w:val="center" w:pos="4536"/>
              <w:tab w:val="left" w:pos="5812"/>
              <w:tab w:val="right" w:pos="9072"/>
            </w:tabs>
            <w:spacing w:line="276" w:lineRule="auto"/>
            <w:ind w:left="-142"/>
            <w:jc w:val="center"/>
            <w:rPr>
              <w:b/>
            </w:rPr>
          </w:pPr>
        </w:p>
      </w:tc>
      <w:tc>
        <w:tcPr>
          <w:tcW w:w="1425" w:type="dxa"/>
          <w:vAlign w:val="center"/>
        </w:tcPr>
        <w:p w14:paraId="59BA1FDF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sz w:val="16"/>
              <w:szCs w:val="16"/>
            </w:rPr>
          </w:pPr>
          <w:proofErr w:type="spellStart"/>
          <w:r w:rsidRPr="005A2964">
            <w:rPr>
              <w:sz w:val="16"/>
              <w:szCs w:val="16"/>
            </w:rPr>
            <w:t>Doküman</w:t>
          </w:r>
          <w:proofErr w:type="spellEnd"/>
          <w:r w:rsidRPr="005A2964">
            <w:rPr>
              <w:sz w:val="16"/>
              <w:szCs w:val="16"/>
            </w:rPr>
            <w:t xml:space="preserve"> No</w:t>
          </w:r>
        </w:p>
      </w:tc>
      <w:tc>
        <w:tcPr>
          <w:tcW w:w="1134" w:type="dxa"/>
          <w:vAlign w:val="center"/>
        </w:tcPr>
        <w:p w14:paraId="54658BAC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ind w:left="-112"/>
            <w:jc w:val="center"/>
            <w:rPr>
              <w:sz w:val="16"/>
              <w:szCs w:val="16"/>
            </w:rPr>
          </w:pPr>
          <w:r>
            <w:rPr>
              <w:spacing w:val="-2"/>
              <w:sz w:val="16"/>
            </w:rPr>
            <w:t>FRM-KGS-</w:t>
          </w:r>
          <w:r>
            <w:rPr>
              <w:spacing w:val="-5"/>
              <w:sz w:val="16"/>
            </w:rPr>
            <w:t>198</w:t>
          </w:r>
        </w:p>
      </w:tc>
    </w:tr>
    <w:tr w:rsidR="007A4BD6" w:rsidRPr="005A2964" w14:paraId="3982B46A" w14:textId="77777777" w:rsidTr="00245975">
      <w:trPr>
        <w:trHeight w:val="284"/>
        <w:jc w:val="center"/>
      </w:trPr>
      <w:tc>
        <w:tcPr>
          <w:tcW w:w="2328" w:type="dxa"/>
          <w:vMerge/>
        </w:tcPr>
        <w:p w14:paraId="24854177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hAnsi="Cambria"/>
              <w:noProof/>
            </w:rPr>
          </w:pPr>
        </w:p>
      </w:tc>
      <w:tc>
        <w:tcPr>
          <w:tcW w:w="5173" w:type="dxa"/>
          <w:vMerge/>
        </w:tcPr>
        <w:p w14:paraId="272D2D33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/>
            </w:rPr>
          </w:pPr>
        </w:p>
      </w:tc>
      <w:tc>
        <w:tcPr>
          <w:tcW w:w="1425" w:type="dxa"/>
          <w:vAlign w:val="center"/>
        </w:tcPr>
        <w:p w14:paraId="0B2BD57F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sz w:val="16"/>
              <w:szCs w:val="16"/>
            </w:rPr>
          </w:pPr>
          <w:r w:rsidRPr="005A2964">
            <w:rPr>
              <w:sz w:val="16"/>
              <w:szCs w:val="16"/>
            </w:rPr>
            <w:t xml:space="preserve">İlk </w:t>
          </w:r>
          <w:proofErr w:type="spellStart"/>
          <w:r w:rsidRPr="005A2964">
            <w:rPr>
              <w:sz w:val="16"/>
              <w:szCs w:val="16"/>
            </w:rPr>
            <w:t>Yayın</w:t>
          </w:r>
          <w:proofErr w:type="spellEnd"/>
          <w:r w:rsidRPr="005A2964">
            <w:rPr>
              <w:sz w:val="16"/>
              <w:szCs w:val="16"/>
            </w:rPr>
            <w:t xml:space="preserve"> </w:t>
          </w:r>
          <w:proofErr w:type="spellStart"/>
          <w:r w:rsidRPr="005A2964">
            <w:rPr>
              <w:sz w:val="16"/>
              <w:szCs w:val="16"/>
            </w:rPr>
            <w:t>Tarihi</w:t>
          </w:r>
          <w:proofErr w:type="spellEnd"/>
        </w:p>
      </w:tc>
      <w:tc>
        <w:tcPr>
          <w:tcW w:w="1134" w:type="dxa"/>
          <w:vAlign w:val="center"/>
        </w:tcPr>
        <w:p w14:paraId="2BAA260E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30.07.2026</w:t>
          </w:r>
        </w:p>
      </w:tc>
    </w:tr>
    <w:tr w:rsidR="007A4BD6" w:rsidRPr="005A2964" w14:paraId="3476F70A" w14:textId="77777777" w:rsidTr="00245975">
      <w:trPr>
        <w:trHeight w:val="284"/>
        <w:jc w:val="center"/>
      </w:trPr>
      <w:tc>
        <w:tcPr>
          <w:tcW w:w="2328" w:type="dxa"/>
          <w:vMerge/>
        </w:tcPr>
        <w:p w14:paraId="66500B5D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hAnsi="Cambria"/>
              <w:noProof/>
            </w:rPr>
          </w:pPr>
        </w:p>
      </w:tc>
      <w:tc>
        <w:tcPr>
          <w:tcW w:w="5173" w:type="dxa"/>
          <w:vMerge/>
        </w:tcPr>
        <w:p w14:paraId="27D0EC38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/>
            </w:rPr>
          </w:pPr>
        </w:p>
      </w:tc>
      <w:tc>
        <w:tcPr>
          <w:tcW w:w="1425" w:type="dxa"/>
          <w:vAlign w:val="center"/>
        </w:tcPr>
        <w:p w14:paraId="1502D65F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sz w:val="16"/>
              <w:szCs w:val="16"/>
            </w:rPr>
          </w:pPr>
          <w:proofErr w:type="spellStart"/>
          <w:r w:rsidRPr="005A2964">
            <w:rPr>
              <w:sz w:val="16"/>
              <w:szCs w:val="16"/>
            </w:rPr>
            <w:t>Revizyon</w:t>
          </w:r>
          <w:proofErr w:type="spellEnd"/>
          <w:r w:rsidRPr="005A2964">
            <w:rPr>
              <w:sz w:val="16"/>
              <w:szCs w:val="16"/>
            </w:rPr>
            <w:t xml:space="preserve"> </w:t>
          </w:r>
          <w:proofErr w:type="spellStart"/>
          <w:r w:rsidRPr="005A2964">
            <w:rPr>
              <w:sz w:val="16"/>
              <w:szCs w:val="16"/>
            </w:rPr>
            <w:t>Tarihi</w:t>
          </w:r>
          <w:proofErr w:type="spellEnd"/>
        </w:p>
      </w:tc>
      <w:tc>
        <w:tcPr>
          <w:tcW w:w="1134" w:type="dxa"/>
          <w:vAlign w:val="center"/>
        </w:tcPr>
        <w:p w14:paraId="28E6AC91" w14:textId="2B3C7481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-</w:t>
          </w:r>
        </w:p>
      </w:tc>
    </w:tr>
    <w:tr w:rsidR="007A4BD6" w:rsidRPr="005A2964" w14:paraId="759E5304" w14:textId="77777777" w:rsidTr="00245975">
      <w:trPr>
        <w:trHeight w:val="284"/>
        <w:jc w:val="center"/>
      </w:trPr>
      <w:tc>
        <w:tcPr>
          <w:tcW w:w="2328" w:type="dxa"/>
          <w:vMerge/>
        </w:tcPr>
        <w:p w14:paraId="52F01598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hAnsi="Cambria"/>
              <w:noProof/>
            </w:rPr>
          </w:pPr>
        </w:p>
      </w:tc>
      <w:tc>
        <w:tcPr>
          <w:tcW w:w="5173" w:type="dxa"/>
          <w:vMerge/>
        </w:tcPr>
        <w:p w14:paraId="5F7955B0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/>
            </w:rPr>
          </w:pPr>
        </w:p>
      </w:tc>
      <w:tc>
        <w:tcPr>
          <w:tcW w:w="1425" w:type="dxa"/>
          <w:vAlign w:val="center"/>
        </w:tcPr>
        <w:p w14:paraId="4CD9293D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sz w:val="16"/>
              <w:szCs w:val="16"/>
            </w:rPr>
          </w:pPr>
          <w:proofErr w:type="spellStart"/>
          <w:r w:rsidRPr="005A2964">
            <w:rPr>
              <w:sz w:val="16"/>
              <w:szCs w:val="16"/>
            </w:rPr>
            <w:t>Revizyon</w:t>
          </w:r>
          <w:proofErr w:type="spellEnd"/>
          <w:r w:rsidRPr="005A2964">
            <w:rPr>
              <w:sz w:val="16"/>
              <w:szCs w:val="16"/>
            </w:rPr>
            <w:t xml:space="preserve"> No</w:t>
          </w:r>
        </w:p>
      </w:tc>
      <w:tc>
        <w:tcPr>
          <w:tcW w:w="1134" w:type="dxa"/>
          <w:vAlign w:val="center"/>
        </w:tcPr>
        <w:p w14:paraId="420FDD01" w14:textId="7E74F70D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00</w:t>
          </w:r>
        </w:p>
      </w:tc>
    </w:tr>
    <w:tr w:rsidR="007A4BD6" w:rsidRPr="005A2964" w14:paraId="03A07719" w14:textId="77777777" w:rsidTr="00245975">
      <w:trPr>
        <w:trHeight w:val="284"/>
        <w:jc w:val="center"/>
      </w:trPr>
      <w:tc>
        <w:tcPr>
          <w:tcW w:w="2328" w:type="dxa"/>
          <w:vMerge/>
        </w:tcPr>
        <w:p w14:paraId="55E3B09F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rPr>
              <w:rFonts w:ascii="Cambria" w:hAnsi="Cambria"/>
              <w:noProof/>
            </w:rPr>
          </w:pPr>
        </w:p>
      </w:tc>
      <w:tc>
        <w:tcPr>
          <w:tcW w:w="5173" w:type="dxa"/>
          <w:vMerge/>
        </w:tcPr>
        <w:p w14:paraId="1AFB9A75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rFonts w:ascii="Cambria" w:hAnsi="Cambria"/>
              <w:b/>
            </w:rPr>
          </w:pPr>
        </w:p>
      </w:tc>
      <w:tc>
        <w:tcPr>
          <w:tcW w:w="1425" w:type="dxa"/>
          <w:vAlign w:val="center"/>
        </w:tcPr>
        <w:p w14:paraId="4161340D" w14:textId="77777777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both"/>
            <w:rPr>
              <w:sz w:val="16"/>
              <w:szCs w:val="16"/>
            </w:rPr>
          </w:pPr>
          <w:proofErr w:type="spellStart"/>
          <w:r w:rsidRPr="005A2964">
            <w:rPr>
              <w:sz w:val="16"/>
              <w:szCs w:val="16"/>
            </w:rPr>
            <w:t>Sayfa</w:t>
          </w:r>
          <w:proofErr w:type="spellEnd"/>
        </w:p>
      </w:tc>
      <w:tc>
        <w:tcPr>
          <w:tcW w:w="1134" w:type="dxa"/>
          <w:vAlign w:val="center"/>
        </w:tcPr>
        <w:p w14:paraId="49169D61" w14:textId="67FE15D2" w:rsidR="00000000" w:rsidRPr="005A2964" w:rsidRDefault="00000000" w:rsidP="007A4BD6">
          <w:pPr>
            <w:tabs>
              <w:tab w:val="center" w:pos="4536"/>
              <w:tab w:val="right" w:pos="9072"/>
            </w:tabs>
            <w:spacing w:line="276" w:lineRule="auto"/>
            <w:jc w:val="center"/>
            <w:rPr>
              <w:sz w:val="16"/>
              <w:szCs w:val="16"/>
            </w:rPr>
          </w:pPr>
          <w:proofErr w:type="spellStart"/>
          <w:r w:rsidRPr="005A2964">
            <w:rPr>
              <w:sz w:val="16"/>
              <w:szCs w:val="16"/>
            </w:rPr>
            <w:t>Sayfa</w:t>
          </w:r>
          <w:proofErr w:type="spellEnd"/>
          <w:r w:rsidRPr="005A2964">
            <w:rPr>
              <w:sz w:val="16"/>
              <w:szCs w:val="16"/>
            </w:rPr>
            <w:t xml:space="preserve"> </w:t>
          </w:r>
          <w:r w:rsidRPr="005A2964">
            <w:rPr>
              <w:bCs/>
              <w:sz w:val="16"/>
              <w:szCs w:val="16"/>
            </w:rPr>
            <w:fldChar w:fldCharType="begin"/>
          </w:r>
          <w:r w:rsidRPr="005A2964">
            <w:rPr>
              <w:bCs/>
              <w:sz w:val="16"/>
              <w:szCs w:val="16"/>
            </w:rPr>
            <w:instrText>PAGE  \* Arabic  \* MERGEFORMAT</w:instrText>
          </w:r>
          <w:r w:rsidRPr="005A2964">
            <w:rPr>
              <w:bCs/>
              <w:sz w:val="16"/>
              <w:szCs w:val="16"/>
            </w:rPr>
            <w:fldChar w:fldCharType="separate"/>
          </w:r>
          <w:r>
            <w:rPr>
              <w:bCs/>
              <w:noProof/>
              <w:sz w:val="16"/>
              <w:szCs w:val="16"/>
            </w:rPr>
            <w:t>2</w:t>
          </w:r>
          <w:r w:rsidRPr="005A2964">
            <w:rPr>
              <w:bCs/>
              <w:sz w:val="16"/>
              <w:szCs w:val="16"/>
            </w:rPr>
            <w:fldChar w:fldCharType="end"/>
          </w:r>
          <w:r w:rsidRPr="005A2964">
            <w:rPr>
              <w:sz w:val="16"/>
              <w:szCs w:val="16"/>
            </w:rPr>
            <w:t xml:space="preserve"> / </w:t>
          </w:r>
          <w:r w:rsidRPr="005A2964">
            <w:rPr>
              <w:bCs/>
              <w:sz w:val="16"/>
              <w:szCs w:val="16"/>
            </w:rPr>
            <w:fldChar w:fldCharType="begin"/>
          </w:r>
          <w:r w:rsidRPr="005A2964">
            <w:rPr>
              <w:bCs/>
              <w:sz w:val="16"/>
              <w:szCs w:val="16"/>
            </w:rPr>
            <w:instrText>NUMPAGES  \* Arabic  \* MERGEFORMAT</w:instrText>
          </w:r>
          <w:r w:rsidRPr="005A2964">
            <w:rPr>
              <w:bCs/>
              <w:sz w:val="16"/>
              <w:szCs w:val="16"/>
            </w:rPr>
            <w:fldChar w:fldCharType="separate"/>
          </w:r>
          <w:r>
            <w:rPr>
              <w:bCs/>
              <w:noProof/>
              <w:sz w:val="16"/>
              <w:szCs w:val="16"/>
            </w:rPr>
            <w:t>3</w:t>
          </w:r>
          <w:r w:rsidRPr="005A2964">
            <w:rPr>
              <w:bCs/>
              <w:sz w:val="16"/>
              <w:szCs w:val="16"/>
            </w:rPr>
            <w:fldChar w:fldCharType="end"/>
          </w:r>
        </w:p>
      </w:tc>
    </w:tr>
  </w:tbl>
  <w:p w14:paraId="3E0599ED" w14:textId="77777777" w:rsidR="00000000" w:rsidRDefault="0000000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54232917">
    <w:abstractNumId w:val="8"/>
  </w:num>
  <w:num w:numId="2" w16cid:durableId="951014890">
    <w:abstractNumId w:val="6"/>
  </w:num>
  <w:num w:numId="3" w16cid:durableId="291448122">
    <w:abstractNumId w:val="5"/>
  </w:num>
  <w:num w:numId="4" w16cid:durableId="738408613">
    <w:abstractNumId w:val="4"/>
  </w:num>
  <w:num w:numId="5" w16cid:durableId="1365059186">
    <w:abstractNumId w:val="7"/>
  </w:num>
  <w:num w:numId="6" w16cid:durableId="604776597">
    <w:abstractNumId w:val="3"/>
  </w:num>
  <w:num w:numId="7" w16cid:durableId="935287492">
    <w:abstractNumId w:val="2"/>
  </w:num>
  <w:num w:numId="8" w16cid:durableId="836187033">
    <w:abstractNumId w:val="1"/>
  </w:num>
  <w:num w:numId="9" w16cid:durableId="1306859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38B6"/>
    <w:rsid w:val="0015074B"/>
    <w:rsid w:val="0029639D"/>
    <w:rsid w:val="00312F06"/>
    <w:rsid w:val="00326F90"/>
    <w:rsid w:val="0072754E"/>
    <w:rsid w:val="008D6CB5"/>
    <w:rsid w:val="009A655E"/>
    <w:rsid w:val="00AA1D8D"/>
    <w:rsid w:val="00B47730"/>
    <w:rsid w:val="00C10147"/>
    <w:rsid w:val="00CB0664"/>
    <w:rsid w:val="00FA51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5E3540"/>
  <w14:defaultImageDpi w14:val="300"/>
  <w15:docId w15:val="{2D50DB16-356E-4EC5-A3D9-74BCEC7B1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Kpr">
    <w:name w:val="Hyperlink"/>
    <w:basedOn w:val="VarsaylanParagrafYazTipi"/>
    <w:uiPriority w:val="99"/>
    <w:unhideWhenUsed/>
    <w:rsid w:val="007A4BD6"/>
    <w:rPr>
      <w:color w:val="0000FF" w:themeColor="hyperlink"/>
      <w:u w:val="single"/>
    </w:rPr>
  </w:style>
  <w:style w:type="table" w:customStyle="1" w:styleId="TabloKlavuzu1">
    <w:name w:val="Tablo Kılavuzu1"/>
    <w:basedOn w:val="NormalTablo"/>
    <w:next w:val="TabloKlavuzu"/>
    <w:uiPriority w:val="59"/>
    <w:rsid w:val="007A4BD6"/>
    <w:pPr>
      <w:spacing w:after="0" w:line="240" w:lineRule="auto"/>
    </w:pPr>
    <w:rPr>
      <w:rFonts w:ascii="Calibri" w:eastAsia="Calibri" w:hAnsi="Calibri" w:cs="Calibri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2">
    <w:name w:val="Tablo Kılavuzu2"/>
    <w:basedOn w:val="NormalTablo"/>
    <w:next w:val="TabloKlavuzu"/>
    <w:uiPriority w:val="59"/>
    <w:rsid w:val="007A4BD6"/>
    <w:pPr>
      <w:spacing w:after="0" w:line="240" w:lineRule="auto"/>
    </w:pPr>
    <w:rPr>
      <w:rFonts w:ascii="Calibri" w:eastAsia="Calibri" w:hAnsi="Calibri" w:cs="Calibri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alanyauniversity.edu.t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NURI BERBEROGLU</cp:lastModifiedBy>
  <cp:revision>3</cp:revision>
  <dcterms:created xsi:type="dcterms:W3CDTF">2026-10-23T11:46:00Z</dcterms:created>
  <dcterms:modified xsi:type="dcterms:W3CDTF">2026-10-24T13:19:00Z</dcterms:modified>
  <cp:category/>
</cp:coreProperties>
</file>