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7179F" w14:textId="35100556" w:rsidR="00F472E1" w:rsidRPr="00F472E1" w:rsidRDefault="00F472E1" w:rsidP="008206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tr-TR" w:eastAsia="tr-TR"/>
        </w:rPr>
      </w:pPr>
    </w:p>
    <w:p w14:paraId="6141C21F" w14:textId="5B9EA0A0" w:rsidR="00F472E1" w:rsidRPr="00F472E1" w:rsidRDefault="00F472E1" w:rsidP="00F47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72E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Personel şikâyetlerinin kayıt altına alınması, değerlendirilmesi ve sonuçlandırılmasının izlenmesi amacıyla aşağıdaki çizelge </w:t>
      </w: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kullanılmaktadır.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"/>
        <w:gridCol w:w="1420"/>
        <w:gridCol w:w="1117"/>
        <w:gridCol w:w="1296"/>
        <w:gridCol w:w="953"/>
        <w:gridCol w:w="2432"/>
        <w:gridCol w:w="1083"/>
        <w:gridCol w:w="955"/>
      </w:tblGrid>
      <w:tr w:rsidR="00F472E1" w:rsidRPr="00F472E1" w14:paraId="3B63D782" w14:textId="77777777" w:rsidTr="00F472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1102E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Sıra No</w:t>
            </w:r>
          </w:p>
        </w:tc>
        <w:tc>
          <w:tcPr>
            <w:tcW w:w="0" w:type="auto"/>
            <w:vAlign w:val="center"/>
            <w:hideMark/>
          </w:tcPr>
          <w:p w14:paraId="33968449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Başvuru Tarihi</w:t>
            </w:r>
          </w:p>
        </w:tc>
        <w:tc>
          <w:tcPr>
            <w:tcW w:w="0" w:type="auto"/>
            <w:vAlign w:val="center"/>
            <w:hideMark/>
          </w:tcPr>
          <w:p w14:paraId="305DBA9D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Şikâyet No</w:t>
            </w:r>
          </w:p>
        </w:tc>
        <w:tc>
          <w:tcPr>
            <w:tcW w:w="0" w:type="auto"/>
            <w:vAlign w:val="center"/>
            <w:hideMark/>
          </w:tcPr>
          <w:p w14:paraId="16CCE790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Şikâyet Konusu</w:t>
            </w:r>
          </w:p>
        </w:tc>
        <w:tc>
          <w:tcPr>
            <w:tcW w:w="0" w:type="auto"/>
            <w:vAlign w:val="center"/>
            <w:hideMark/>
          </w:tcPr>
          <w:p w14:paraId="4DDC4093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İlgili Birim</w:t>
            </w:r>
          </w:p>
        </w:tc>
        <w:tc>
          <w:tcPr>
            <w:tcW w:w="0" w:type="auto"/>
            <w:vAlign w:val="center"/>
            <w:hideMark/>
          </w:tcPr>
          <w:p w14:paraId="15A62943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Değerlendirme / Yapılan İşlem</w:t>
            </w:r>
          </w:p>
        </w:tc>
        <w:tc>
          <w:tcPr>
            <w:tcW w:w="1053" w:type="dxa"/>
            <w:vAlign w:val="center"/>
            <w:hideMark/>
          </w:tcPr>
          <w:p w14:paraId="2289AB5C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Sonuç</w:t>
            </w:r>
          </w:p>
        </w:tc>
        <w:tc>
          <w:tcPr>
            <w:tcW w:w="910" w:type="dxa"/>
            <w:vAlign w:val="center"/>
            <w:hideMark/>
          </w:tcPr>
          <w:p w14:paraId="167FAEDB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Kapanış Tarihi</w:t>
            </w:r>
          </w:p>
        </w:tc>
      </w:tr>
      <w:tr w:rsidR="00F472E1" w:rsidRPr="00F472E1" w14:paraId="76B105C9" w14:textId="77777777" w:rsidTr="00F472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4F68CD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743A65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…/…/……</w:t>
            </w:r>
          </w:p>
        </w:tc>
        <w:tc>
          <w:tcPr>
            <w:tcW w:w="0" w:type="auto"/>
            <w:vAlign w:val="center"/>
            <w:hideMark/>
          </w:tcPr>
          <w:p w14:paraId="62F0F7D4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ŞK-2026-001</w:t>
            </w:r>
          </w:p>
        </w:tc>
        <w:tc>
          <w:tcPr>
            <w:tcW w:w="0" w:type="auto"/>
            <w:vAlign w:val="center"/>
            <w:hideMark/>
          </w:tcPr>
          <w:p w14:paraId="51605EA3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791B7179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2CDD1C21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1053" w:type="dxa"/>
            <w:vAlign w:val="center"/>
            <w:hideMark/>
          </w:tcPr>
          <w:p w14:paraId="398CEA7E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910" w:type="dxa"/>
            <w:vAlign w:val="center"/>
            <w:hideMark/>
          </w:tcPr>
          <w:p w14:paraId="6E0CA8B4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</w:tr>
      <w:tr w:rsidR="00F472E1" w:rsidRPr="00F472E1" w14:paraId="5F3F9704" w14:textId="77777777" w:rsidTr="00F472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7EEBA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CCE0F09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…/…/……</w:t>
            </w:r>
          </w:p>
        </w:tc>
        <w:tc>
          <w:tcPr>
            <w:tcW w:w="0" w:type="auto"/>
            <w:vAlign w:val="center"/>
            <w:hideMark/>
          </w:tcPr>
          <w:p w14:paraId="0823D8B1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ŞK-2026-002</w:t>
            </w:r>
          </w:p>
        </w:tc>
        <w:tc>
          <w:tcPr>
            <w:tcW w:w="0" w:type="auto"/>
            <w:vAlign w:val="center"/>
            <w:hideMark/>
          </w:tcPr>
          <w:p w14:paraId="623CA8EF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4C29C03A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78C03E05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1053" w:type="dxa"/>
            <w:vAlign w:val="center"/>
            <w:hideMark/>
          </w:tcPr>
          <w:p w14:paraId="02183491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910" w:type="dxa"/>
            <w:vAlign w:val="center"/>
            <w:hideMark/>
          </w:tcPr>
          <w:p w14:paraId="75A53DC5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</w:tr>
      <w:tr w:rsidR="00F472E1" w:rsidRPr="00F472E1" w14:paraId="4D5DA3FC" w14:textId="77777777" w:rsidTr="00F472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16D50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71B6F60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…/…/……</w:t>
            </w:r>
          </w:p>
        </w:tc>
        <w:tc>
          <w:tcPr>
            <w:tcW w:w="0" w:type="auto"/>
            <w:vAlign w:val="center"/>
            <w:hideMark/>
          </w:tcPr>
          <w:p w14:paraId="528CA37F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ŞK-2026-003</w:t>
            </w:r>
          </w:p>
        </w:tc>
        <w:tc>
          <w:tcPr>
            <w:tcW w:w="0" w:type="auto"/>
            <w:vAlign w:val="center"/>
            <w:hideMark/>
          </w:tcPr>
          <w:p w14:paraId="78690F02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7171B1B1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31BAB7C8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1053" w:type="dxa"/>
            <w:vAlign w:val="center"/>
            <w:hideMark/>
          </w:tcPr>
          <w:p w14:paraId="63293D75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910" w:type="dxa"/>
            <w:vAlign w:val="center"/>
            <w:hideMark/>
          </w:tcPr>
          <w:p w14:paraId="4027AE7C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</w:tr>
      <w:tr w:rsidR="00F472E1" w:rsidRPr="00F472E1" w14:paraId="2AAC3111" w14:textId="77777777" w:rsidTr="00F472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8EBB1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026A36C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…/…/……</w:t>
            </w:r>
          </w:p>
        </w:tc>
        <w:tc>
          <w:tcPr>
            <w:tcW w:w="0" w:type="auto"/>
            <w:vAlign w:val="center"/>
            <w:hideMark/>
          </w:tcPr>
          <w:p w14:paraId="65580999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ŞK-2026-004</w:t>
            </w:r>
          </w:p>
        </w:tc>
        <w:tc>
          <w:tcPr>
            <w:tcW w:w="0" w:type="auto"/>
            <w:vAlign w:val="center"/>
            <w:hideMark/>
          </w:tcPr>
          <w:p w14:paraId="7D752898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12A33AAB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1B0E77E2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1053" w:type="dxa"/>
            <w:vAlign w:val="center"/>
            <w:hideMark/>
          </w:tcPr>
          <w:p w14:paraId="1519D0B4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910" w:type="dxa"/>
            <w:vAlign w:val="center"/>
            <w:hideMark/>
          </w:tcPr>
          <w:p w14:paraId="1A683454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</w:tr>
      <w:tr w:rsidR="00F472E1" w:rsidRPr="00F472E1" w14:paraId="041D5932" w14:textId="77777777" w:rsidTr="00F472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315A5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4C224D2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…/…/……</w:t>
            </w:r>
          </w:p>
        </w:tc>
        <w:tc>
          <w:tcPr>
            <w:tcW w:w="0" w:type="auto"/>
            <w:vAlign w:val="center"/>
            <w:hideMark/>
          </w:tcPr>
          <w:p w14:paraId="070B69E1" w14:textId="77777777" w:rsidR="00F472E1" w:rsidRPr="00F472E1" w:rsidRDefault="00F472E1" w:rsidP="00F47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472E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ŞK-2026-005</w:t>
            </w:r>
          </w:p>
        </w:tc>
        <w:tc>
          <w:tcPr>
            <w:tcW w:w="0" w:type="auto"/>
            <w:vAlign w:val="center"/>
            <w:hideMark/>
          </w:tcPr>
          <w:p w14:paraId="5BE98B31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298DC852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3F4AAC62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1053" w:type="dxa"/>
            <w:vAlign w:val="center"/>
            <w:hideMark/>
          </w:tcPr>
          <w:p w14:paraId="2EC40717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  <w:tc>
          <w:tcPr>
            <w:tcW w:w="910" w:type="dxa"/>
            <w:vAlign w:val="center"/>
            <w:hideMark/>
          </w:tcPr>
          <w:p w14:paraId="3150CEE1" w14:textId="77777777" w:rsidR="00F472E1" w:rsidRPr="00F472E1" w:rsidRDefault="00F472E1" w:rsidP="00F472E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tr-TR" w:eastAsia="tr-TR"/>
              </w:rPr>
            </w:pPr>
          </w:p>
        </w:tc>
      </w:tr>
    </w:tbl>
    <w:p w14:paraId="594BD6C6" w14:textId="5E231B8F" w:rsidR="00807C15" w:rsidRDefault="00807C15" w:rsidP="00F472E1">
      <w:pPr>
        <w:jc w:val="center"/>
      </w:pPr>
    </w:p>
    <w:sectPr w:rsidR="00807C15" w:rsidSect="00034616">
      <w:headerReference w:type="default" r:id="rId8"/>
      <w:footerReference w:type="default" r:id="rId9"/>
      <w:pgSz w:w="11906" w:h="16838"/>
      <w:pgMar w:top="1417" w:right="970" w:bottom="1417" w:left="97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357E2" w14:textId="77777777" w:rsidR="00B76168" w:rsidRDefault="00B76168">
      <w:pPr>
        <w:spacing w:after="0" w:line="240" w:lineRule="auto"/>
      </w:pPr>
      <w:r>
        <w:separator/>
      </w:r>
    </w:p>
  </w:endnote>
  <w:endnote w:type="continuationSeparator" w:id="0">
    <w:p w14:paraId="40D19B57" w14:textId="77777777" w:rsidR="00B76168" w:rsidRDefault="00B76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2"/>
      <w:tblW w:w="5000" w:type="pct"/>
      <w:tblLook w:val="04A0" w:firstRow="1" w:lastRow="0" w:firstColumn="1" w:lastColumn="0" w:noHBand="0" w:noVBand="1"/>
    </w:tblPr>
    <w:tblGrid>
      <w:gridCol w:w="3117"/>
      <w:gridCol w:w="3416"/>
      <w:gridCol w:w="3423"/>
    </w:tblGrid>
    <w:tr w:rsidR="007A4BD6" w:rsidRPr="005A2964" w14:paraId="0FE296CC" w14:textId="77777777" w:rsidTr="00245975">
      <w:trPr>
        <w:trHeight w:val="241"/>
      </w:trPr>
      <w:tc>
        <w:tcPr>
          <w:tcW w:w="1565" w:type="pct"/>
          <w:vAlign w:val="center"/>
        </w:tcPr>
        <w:p w14:paraId="260D05CD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after="160" w:line="259" w:lineRule="auto"/>
            <w:ind w:left="-252" w:firstLine="252"/>
            <w:jc w:val="center"/>
            <w:rPr>
              <w:rFonts w:ascii="Cambria" w:eastAsiaTheme="minorHAnsi" w:hAnsi="Cambria" w:cstheme="minorBidi"/>
              <w:b/>
              <w:color w:val="000000"/>
              <w:lang w:eastAsia="en-US"/>
            </w:rPr>
          </w:pPr>
          <w:proofErr w:type="spellStart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Hazırlayan</w:t>
          </w:r>
          <w:proofErr w:type="spellEnd"/>
        </w:p>
      </w:tc>
      <w:tc>
        <w:tcPr>
          <w:tcW w:w="1715" w:type="pct"/>
          <w:vAlign w:val="center"/>
        </w:tcPr>
        <w:p w14:paraId="5CA44258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lang w:eastAsia="en-US"/>
            </w:rPr>
          </w:pPr>
          <w:proofErr w:type="spellStart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Kalite</w:t>
          </w:r>
          <w:proofErr w:type="spellEnd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 xml:space="preserve"> </w:t>
          </w:r>
          <w:proofErr w:type="spellStart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Sistem</w:t>
          </w:r>
          <w:proofErr w:type="spellEnd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 xml:space="preserve"> </w:t>
          </w:r>
          <w:proofErr w:type="spellStart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Onayı</w:t>
          </w:r>
          <w:proofErr w:type="spellEnd"/>
        </w:p>
      </w:tc>
      <w:tc>
        <w:tcPr>
          <w:tcW w:w="1719" w:type="pct"/>
          <w:vAlign w:val="center"/>
        </w:tcPr>
        <w:p w14:paraId="2491FEA4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lang w:eastAsia="en-US"/>
            </w:rPr>
          </w:pPr>
          <w:proofErr w:type="spellStart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Yürürlük</w:t>
          </w:r>
          <w:proofErr w:type="spellEnd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 xml:space="preserve"> </w:t>
          </w:r>
          <w:proofErr w:type="spellStart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Onayı</w:t>
          </w:r>
          <w:proofErr w:type="spellEnd"/>
        </w:p>
      </w:tc>
    </w:tr>
    <w:tr w:rsidR="007A4BD6" w:rsidRPr="005A2964" w14:paraId="15778E1A" w14:textId="77777777" w:rsidTr="00245975">
      <w:trPr>
        <w:trHeight w:val="251"/>
      </w:trPr>
      <w:tc>
        <w:tcPr>
          <w:tcW w:w="1565" w:type="pct"/>
          <w:vAlign w:val="center"/>
        </w:tcPr>
        <w:p w14:paraId="02BFD2F3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after="160" w:line="259" w:lineRule="auto"/>
            <w:rPr>
              <w:rFonts w:ascii="Cambria" w:eastAsiaTheme="minorHAnsi" w:hAnsi="Cambria" w:cstheme="minorBidi"/>
              <w:color w:val="000000"/>
              <w:lang w:eastAsia="en-US"/>
            </w:rPr>
          </w:pPr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 </w:t>
          </w:r>
          <w:proofErr w:type="spellStart"/>
          <w:r>
            <w:rPr>
              <w:rFonts w:ascii="Cambria" w:eastAsiaTheme="minorHAnsi" w:hAnsi="Cambria" w:cstheme="minorBidi"/>
              <w:color w:val="000000"/>
              <w:lang w:eastAsia="en-US"/>
            </w:rPr>
            <w:t>Birim</w:t>
          </w:r>
          <w:proofErr w:type="spellEnd"/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 </w:t>
          </w:r>
          <w:proofErr w:type="spellStart"/>
          <w:r>
            <w:rPr>
              <w:rFonts w:ascii="Cambria" w:eastAsiaTheme="minorHAnsi" w:hAnsi="Cambria" w:cstheme="minorBidi"/>
              <w:color w:val="000000"/>
              <w:lang w:eastAsia="en-US"/>
            </w:rPr>
            <w:t>Kalite</w:t>
          </w:r>
          <w:proofErr w:type="spellEnd"/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 </w:t>
          </w:r>
          <w:proofErr w:type="spellStart"/>
          <w:r>
            <w:rPr>
              <w:rFonts w:ascii="Cambria" w:eastAsiaTheme="minorHAnsi" w:hAnsi="Cambria" w:cstheme="minorBidi"/>
              <w:color w:val="000000"/>
              <w:lang w:eastAsia="en-US"/>
            </w:rPr>
            <w:t>Sorumlusu</w:t>
          </w:r>
          <w:proofErr w:type="spellEnd"/>
        </w:p>
      </w:tc>
      <w:tc>
        <w:tcPr>
          <w:tcW w:w="1715" w:type="pct"/>
          <w:vAlign w:val="center"/>
        </w:tcPr>
        <w:p w14:paraId="140C68A8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  <w:lang w:eastAsia="en-US"/>
            </w:rPr>
          </w:pPr>
          <w:proofErr w:type="spellStart"/>
          <w:r>
            <w:rPr>
              <w:rFonts w:ascii="Cambria" w:eastAsiaTheme="minorHAnsi" w:hAnsi="Cambria" w:cstheme="minorBidi"/>
              <w:color w:val="000000"/>
              <w:lang w:eastAsia="en-US"/>
            </w:rPr>
            <w:t>Kalite</w:t>
          </w:r>
          <w:proofErr w:type="spellEnd"/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 </w:t>
          </w:r>
          <w:proofErr w:type="spellStart"/>
          <w:r>
            <w:rPr>
              <w:rFonts w:ascii="Cambria" w:eastAsiaTheme="minorHAnsi" w:hAnsi="Cambria" w:cstheme="minorBidi"/>
              <w:color w:val="000000"/>
              <w:lang w:eastAsia="en-US"/>
            </w:rPr>
            <w:t>Koordinatörlüğü</w:t>
          </w:r>
          <w:proofErr w:type="spellEnd"/>
        </w:p>
      </w:tc>
      <w:tc>
        <w:tcPr>
          <w:tcW w:w="1719" w:type="pct"/>
          <w:vAlign w:val="center"/>
        </w:tcPr>
        <w:p w14:paraId="3B17A73C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after="160" w:line="259" w:lineRule="auto"/>
            <w:ind w:firstLine="720"/>
            <w:rPr>
              <w:rFonts w:ascii="Cambria" w:eastAsiaTheme="minorHAnsi" w:hAnsi="Cambria" w:cstheme="minorBidi"/>
              <w:color w:val="000000"/>
              <w:lang w:eastAsia="en-US"/>
            </w:rPr>
          </w:pPr>
          <w:r w:rsidRPr="005A2964">
            <w:rPr>
              <w:rFonts w:ascii="Cambria" w:eastAsiaTheme="minorHAnsi" w:hAnsi="Cambria" w:cstheme="minorBidi"/>
              <w:color w:val="000000"/>
              <w:lang w:eastAsia="en-US"/>
            </w:rPr>
            <w:t xml:space="preserve">       </w:t>
          </w:r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     </w:t>
          </w:r>
          <w:proofErr w:type="spellStart"/>
          <w:r w:rsidRPr="005A2964">
            <w:rPr>
              <w:rFonts w:ascii="Cambria" w:eastAsiaTheme="minorHAnsi" w:hAnsi="Cambria" w:cstheme="minorBidi"/>
              <w:color w:val="000000"/>
              <w:lang w:eastAsia="en-US"/>
            </w:rPr>
            <w:t>Rektör</w:t>
          </w:r>
          <w:proofErr w:type="spellEnd"/>
        </w:p>
      </w:tc>
    </w:tr>
  </w:tbl>
  <w:p w14:paraId="2693451A" w14:textId="77777777" w:rsidR="00000000" w:rsidRPr="001C0345" w:rsidRDefault="00000000" w:rsidP="007A4BD6">
    <w:pPr>
      <w:pStyle w:val="AltBilgi"/>
      <w:jc w:val="center"/>
      <w:rPr>
        <w:sz w:val="16"/>
        <w:szCs w:val="16"/>
      </w:rPr>
    </w:pPr>
    <w:r>
      <w:tab/>
    </w:r>
    <w:r w:rsidRPr="001C0345">
      <w:rPr>
        <w:b/>
        <w:sz w:val="16"/>
        <w:szCs w:val="16"/>
      </w:rPr>
      <w:t>Adres:</w:t>
    </w:r>
    <w:r w:rsidRPr="001C0345">
      <w:rPr>
        <w:sz w:val="16"/>
        <w:szCs w:val="16"/>
      </w:rPr>
      <w:t xml:space="preserve"> </w:t>
    </w:r>
    <w:proofErr w:type="spellStart"/>
    <w:r w:rsidRPr="001C0345">
      <w:rPr>
        <w:sz w:val="16"/>
        <w:szCs w:val="16"/>
      </w:rPr>
      <w:t>Cikcilli</w:t>
    </w:r>
    <w:proofErr w:type="spellEnd"/>
    <w:r w:rsidRPr="001C0345">
      <w:rPr>
        <w:sz w:val="16"/>
        <w:szCs w:val="16"/>
      </w:rPr>
      <w:t xml:space="preserve"> Mah. </w:t>
    </w:r>
    <w:proofErr w:type="spellStart"/>
    <w:r w:rsidRPr="001C0345">
      <w:rPr>
        <w:sz w:val="16"/>
        <w:szCs w:val="16"/>
      </w:rPr>
      <w:t>Saraybeleni</w:t>
    </w:r>
    <w:proofErr w:type="spellEnd"/>
    <w:r w:rsidRPr="001C0345">
      <w:rPr>
        <w:sz w:val="16"/>
        <w:szCs w:val="16"/>
      </w:rPr>
      <w:t xml:space="preserve"> Cad. No:7 07400 Alanya/Antalya/TÜRKİYE https://www.alanyauniversity.edu.tr</w:t>
    </w:r>
  </w:p>
  <w:p w14:paraId="7ACEBF1F" w14:textId="77777777" w:rsidR="00000000" w:rsidRDefault="00000000" w:rsidP="007A4BD6">
    <w:pPr>
      <w:pStyle w:val="AltBilgi"/>
      <w:jc w:val="center"/>
      <w:rPr>
        <w:sz w:val="16"/>
        <w:szCs w:val="16"/>
      </w:rPr>
    </w:pPr>
    <w:hyperlink r:id="rId1" w:history="1">
      <w:r w:rsidRPr="001C0345">
        <w:rPr>
          <w:rStyle w:val="Kpr"/>
          <w:color w:val="000000" w:themeColor="text1"/>
          <w:sz w:val="16"/>
          <w:szCs w:val="16"/>
        </w:rPr>
        <w:t>info@alanyauniversity.edu.tr</w:t>
      </w:r>
    </w:hyperlink>
    <w:r w:rsidRPr="001C0345">
      <w:rPr>
        <w:color w:val="000000" w:themeColor="text1"/>
        <w:sz w:val="16"/>
        <w:szCs w:val="16"/>
      </w:rPr>
      <w:t xml:space="preserve"> </w:t>
    </w:r>
    <w:r w:rsidRPr="001C0345">
      <w:rPr>
        <w:sz w:val="16"/>
        <w:szCs w:val="16"/>
      </w:rPr>
      <w:t>TEL: +90 242 513 69 69 / 3500 (santral) FAKS: +90 242 513 69 66</w:t>
    </w:r>
  </w:p>
  <w:p w14:paraId="68870FCE" w14:textId="77777777" w:rsidR="00000000" w:rsidRPr="007A39AE" w:rsidRDefault="00000000" w:rsidP="007A4BD6">
    <w:pPr>
      <w:pStyle w:val="AltBilgi"/>
      <w:jc w:val="center"/>
      <w:rPr>
        <w:sz w:val="16"/>
        <w:szCs w:val="16"/>
      </w:rPr>
    </w:pPr>
    <w:r w:rsidRPr="00F56B54">
      <w:rPr>
        <w:rFonts w:ascii="Calibri" w:hAnsi="Calibri"/>
        <w:b/>
        <w:color w:val="FF0000"/>
      </w:rPr>
      <w:t>KONTROLLÜ</w:t>
    </w:r>
    <w:r w:rsidRPr="00F56B54">
      <w:rPr>
        <w:rFonts w:ascii="Calibri" w:hAnsi="Calibri"/>
        <w:b/>
        <w:color w:val="FF0000"/>
        <w:spacing w:val="-6"/>
      </w:rPr>
      <w:t xml:space="preserve"> </w:t>
    </w:r>
    <w:r w:rsidRPr="00F56B54">
      <w:rPr>
        <w:rFonts w:ascii="Calibri" w:hAnsi="Calibri"/>
        <w:b/>
        <w:color w:val="FF0000"/>
        <w:spacing w:val="-2"/>
      </w:rPr>
      <w:t>KOPYA</w:t>
    </w:r>
  </w:p>
  <w:p w14:paraId="2076424E" w14:textId="77777777" w:rsidR="00000000" w:rsidRDefault="00000000" w:rsidP="007A4BD6">
    <w:pPr>
      <w:pStyle w:val="AltBilgi"/>
      <w:tabs>
        <w:tab w:val="left" w:pos="219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6BC89" w14:textId="77777777" w:rsidR="00B76168" w:rsidRDefault="00B76168">
      <w:pPr>
        <w:spacing w:after="0" w:line="240" w:lineRule="auto"/>
      </w:pPr>
      <w:r>
        <w:separator/>
      </w:r>
    </w:p>
  </w:footnote>
  <w:footnote w:type="continuationSeparator" w:id="0">
    <w:p w14:paraId="01398EEA" w14:textId="77777777" w:rsidR="00B76168" w:rsidRDefault="00B76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1"/>
      <w:tblW w:w="10060" w:type="dxa"/>
      <w:jc w:val="center"/>
      <w:tblLayout w:type="fixed"/>
      <w:tblLook w:val="04A0" w:firstRow="1" w:lastRow="0" w:firstColumn="1" w:lastColumn="0" w:noHBand="0" w:noVBand="1"/>
    </w:tblPr>
    <w:tblGrid>
      <w:gridCol w:w="2328"/>
      <w:gridCol w:w="5173"/>
      <w:gridCol w:w="1425"/>
      <w:gridCol w:w="1134"/>
    </w:tblGrid>
    <w:tr w:rsidR="007A4BD6" w:rsidRPr="005A2964" w14:paraId="56AC2145" w14:textId="77777777" w:rsidTr="00245975">
      <w:trPr>
        <w:trHeight w:val="284"/>
        <w:jc w:val="center"/>
      </w:trPr>
      <w:tc>
        <w:tcPr>
          <w:tcW w:w="2328" w:type="dxa"/>
          <w:vMerge w:val="restart"/>
          <w:vAlign w:val="center"/>
        </w:tcPr>
        <w:p w14:paraId="34BD3503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  <w:sz w:val="18"/>
              <w:szCs w:val="18"/>
            </w:rPr>
          </w:pPr>
          <w:r w:rsidRPr="005A2964">
            <w:rPr>
              <w:rFonts w:ascii="Cambria" w:hAnsi="Cambria"/>
              <w:noProof/>
              <w:sz w:val="16"/>
              <w:szCs w:val="16"/>
            </w:rPr>
            <w:drawing>
              <wp:inline distT="0" distB="0" distL="0" distR="0" wp14:anchorId="662A4B75" wp14:editId="7F9DB56C">
                <wp:extent cx="710517" cy="676275"/>
                <wp:effectExtent l="0" t="0" r="0" b="0"/>
                <wp:docPr id="2" name="Resim 2" descr="C:\Users\USER\Desktop\Alanya Üniversitesi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Alanya Üniversitesi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745" cy="67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vMerge w:val="restart"/>
          <w:vAlign w:val="center"/>
        </w:tcPr>
        <w:p w14:paraId="59A77CD8" w14:textId="77777777" w:rsidR="00000000" w:rsidRPr="007A4BD6" w:rsidRDefault="00000000" w:rsidP="007A4BD6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rFonts w:ascii="Times New Roman" w:hAnsi="Times New Roman" w:cs="Times New Roman"/>
              <w:b/>
            </w:rPr>
          </w:pPr>
          <w:r w:rsidRPr="007A4BD6">
            <w:rPr>
              <w:rFonts w:ascii="Times New Roman" w:hAnsi="Times New Roman" w:cs="Times New Roman"/>
              <w:b/>
            </w:rPr>
            <w:t>T.C.</w:t>
          </w:r>
        </w:p>
        <w:p w14:paraId="096D529F" w14:textId="77777777" w:rsidR="00000000" w:rsidRPr="007A4BD6" w:rsidRDefault="00000000" w:rsidP="007A4BD6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rFonts w:ascii="Times New Roman" w:hAnsi="Times New Roman" w:cs="Times New Roman"/>
              <w:b/>
            </w:rPr>
          </w:pPr>
          <w:r w:rsidRPr="007A4BD6">
            <w:rPr>
              <w:rFonts w:ascii="Times New Roman" w:hAnsi="Times New Roman" w:cs="Times New Roman"/>
              <w:b/>
            </w:rPr>
            <w:t>ALANYA ÜNİVERSİTESİ</w:t>
          </w:r>
        </w:p>
        <w:p w14:paraId="420763AC" w14:textId="77777777" w:rsidR="00000000" w:rsidRPr="007A4BD6" w:rsidRDefault="00000000" w:rsidP="007A4BD6">
          <w:pPr>
            <w:jc w:val="center"/>
            <w:rPr>
              <w:rFonts w:ascii="Times New Roman" w:hAnsi="Times New Roman" w:cs="Times New Roman"/>
              <w:b/>
            </w:rPr>
          </w:pPr>
          <w:r w:rsidRPr="007A4BD6">
            <w:rPr>
              <w:rFonts w:ascii="Times New Roman" w:hAnsi="Times New Roman" w:cs="Times New Roman"/>
              <w:b/>
            </w:rPr>
            <w:t>PERSONEL ŞİKÂYET KAYIT ÇİZELGESİ</w:t>
          </w:r>
        </w:p>
        <w:p w14:paraId="30878305" w14:textId="77777777" w:rsidR="00000000" w:rsidRPr="005A2964" w:rsidRDefault="00000000" w:rsidP="007A4BD6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b/>
            </w:rPr>
          </w:pPr>
        </w:p>
      </w:tc>
      <w:tc>
        <w:tcPr>
          <w:tcW w:w="1425" w:type="dxa"/>
          <w:vAlign w:val="center"/>
        </w:tcPr>
        <w:p w14:paraId="59BA1FDF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proofErr w:type="spellStart"/>
          <w:r w:rsidRPr="005A2964">
            <w:rPr>
              <w:sz w:val="16"/>
              <w:szCs w:val="16"/>
            </w:rPr>
            <w:t>Doküman</w:t>
          </w:r>
          <w:proofErr w:type="spellEnd"/>
          <w:r w:rsidRPr="005A2964">
            <w:rPr>
              <w:sz w:val="16"/>
              <w:szCs w:val="16"/>
            </w:rPr>
            <w:t xml:space="preserve"> No</w:t>
          </w:r>
        </w:p>
      </w:tc>
      <w:tc>
        <w:tcPr>
          <w:tcW w:w="1134" w:type="dxa"/>
          <w:vAlign w:val="center"/>
        </w:tcPr>
        <w:p w14:paraId="54658BAC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ind w:left="-112"/>
            <w:jc w:val="center"/>
            <w:rPr>
              <w:sz w:val="16"/>
              <w:szCs w:val="16"/>
            </w:rPr>
          </w:pPr>
          <w:r>
            <w:rPr>
              <w:spacing w:val="-2"/>
              <w:sz w:val="16"/>
            </w:rPr>
            <w:t>FRM-KGS-</w:t>
          </w:r>
          <w:r>
            <w:rPr>
              <w:spacing w:val="-5"/>
              <w:sz w:val="16"/>
            </w:rPr>
            <w:t>190</w:t>
          </w:r>
        </w:p>
      </w:tc>
    </w:tr>
    <w:tr w:rsidR="007A4BD6" w:rsidRPr="005A2964" w14:paraId="3982B46A" w14:textId="77777777" w:rsidTr="00245975">
      <w:trPr>
        <w:trHeight w:val="284"/>
        <w:jc w:val="center"/>
      </w:trPr>
      <w:tc>
        <w:tcPr>
          <w:tcW w:w="2328" w:type="dxa"/>
          <w:vMerge/>
        </w:tcPr>
        <w:p w14:paraId="24854177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5173" w:type="dxa"/>
          <w:vMerge/>
        </w:tcPr>
        <w:p w14:paraId="272D2D33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425" w:type="dxa"/>
          <w:vAlign w:val="center"/>
        </w:tcPr>
        <w:p w14:paraId="0B2BD57F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 xml:space="preserve">İlk </w:t>
          </w:r>
          <w:proofErr w:type="spellStart"/>
          <w:r w:rsidRPr="005A2964">
            <w:rPr>
              <w:sz w:val="16"/>
              <w:szCs w:val="16"/>
            </w:rPr>
            <w:t>Yayın</w:t>
          </w:r>
          <w:proofErr w:type="spellEnd"/>
          <w:r w:rsidRPr="005A2964">
            <w:rPr>
              <w:sz w:val="16"/>
              <w:szCs w:val="16"/>
            </w:rPr>
            <w:t xml:space="preserve"> </w:t>
          </w:r>
          <w:proofErr w:type="spellStart"/>
          <w:r w:rsidRPr="005A2964">
            <w:rPr>
              <w:sz w:val="16"/>
              <w:szCs w:val="16"/>
            </w:rPr>
            <w:t>Tarihi</w:t>
          </w:r>
          <w:proofErr w:type="spellEnd"/>
        </w:p>
      </w:tc>
      <w:tc>
        <w:tcPr>
          <w:tcW w:w="1134" w:type="dxa"/>
          <w:vAlign w:val="center"/>
        </w:tcPr>
        <w:p w14:paraId="2BAA260E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30.07.2026</w:t>
          </w:r>
        </w:p>
      </w:tc>
    </w:tr>
    <w:tr w:rsidR="007A4BD6" w:rsidRPr="005A2964" w14:paraId="3476F70A" w14:textId="77777777" w:rsidTr="00245975">
      <w:trPr>
        <w:trHeight w:val="284"/>
        <w:jc w:val="center"/>
      </w:trPr>
      <w:tc>
        <w:tcPr>
          <w:tcW w:w="2328" w:type="dxa"/>
          <w:vMerge/>
        </w:tcPr>
        <w:p w14:paraId="66500B5D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5173" w:type="dxa"/>
          <w:vMerge/>
        </w:tcPr>
        <w:p w14:paraId="27D0EC38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425" w:type="dxa"/>
          <w:vAlign w:val="center"/>
        </w:tcPr>
        <w:p w14:paraId="1502D65F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proofErr w:type="spellStart"/>
          <w:r w:rsidRPr="005A2964">
            <w:rPr>
              <w:sz w:val="16"/>
              <w:szCs w:val="16"/>
            </w:rPr>
            <w:t>Revizyon</w:t>
          </w:r>
          <w:proofErr w:type="spellEnd"/>
          <w:r w:rsidRPr="005A2964">
            <w:rPr>
              <w:sz w:val="16"/>
              <w:szCs w:val="16"/>
            </w:rPr>
            <w:t xml:space="preserve"> </w:t>
          </w:r>
          <w:proofErr w:type="spellStart"/>
          <w:r w:rsidRPr="005A2964">
            <w:rPr>
              <w:sz w:val="16"/>
              <w:szCs w:val="16"/>
            </w:rPr>
            <w:t>Tarihi</w:t>
          </w:r>
          <w:proofErr w:type="spellEnd"/>
        </w:p>
      </w:tc>
      <w:tc>
        <w:tcPr>
          <w:tcW w:w="1134" w:type="dxa"/>
          <w:vAlign w:val="center"/>
        </w:tcPr>
        <w:p w14:paraId="28E6AC91" w14:textId="2B3C7481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</w:tr>
    <w:tr w:rsidR="007A4BD6" w:rsidRPr="005A2964" w14:paraId="759E5304" w14:textId="77777777" w:rsidTr="00245975">
      <w:trPr>
        <w:trHeight w:val="284"/>
        <w:jc w:val="center"/>
      </w:trPr>
      <w:tc>
        <w:tcPr>
          <w:tcW w:w="2328" w:type="dxa"/>
          <w:vMerge/>
        </w:tcPr>
        <w:p w14:paraId="52F01598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5173" w:type="dxa"/>
          <w:vMerge/>
        </w:tcPr>
        <w:p w14:paraId="5F7955B0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425" w:type="dxa"/>
          <w:vAlign w:val="center"/>
        </w:tcPr>
        <w:p w14:paraId="4CD9293D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proofErr w:type="spellStart"/>
          <w:r w:rsidRPr="005A2964">
            <w:rPr>
              <w:sz w:val="16"/>
              <w:szCs w:val="16"/>
            </w:rPr>
            <w:t>Revizyon</w:t>
          </w:r>
          <w:proofErr w:type="spellEnd"/>
          <w:r w:rsidRPr="005A2964">
            <w:rPr>
              <w:sz w:val="16"/>
              <w:szCs w:val="16"/>
            </w:rPr>
            <w:t xml:space="preserve"> No</w:t>
          </w:r>
        </w:p>
      </w:tc>
      <w:tc>
        <w:tcPr>
          <w:tcW w:w="1134" w:type="dxa"/>
          <w:vAlign w:val="center"/>
        </w:tcPr>
        <w:p w14:paraId="420FDD01" w14:textId="7E74F70D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00</w:t>
          </w:r>
        </w:p>
      </w:tc>
    </w:tr>
    <w:tr w:rsidR="007A4BD6" w:rsidRPr="005A2964" w14:paraId="03A07719" w14:textId="77777777" w:rsidTr="00245975">
      <w:trPr>
        <w:trHeight w:val="284"/>
        <w:jc w:val="center"/>
      </w:trPr>
      <w:tc>
        <w:tcPr>
          <w:tcW w:w="2328" w:type="dxa"/>
          <w:vMerge/>
        </w:tcPr>
        <w:p w14:paraId="55E3B09F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5173" w:type="dxa"/>
          <w:vMerge/>
        </w:tcPr>
        <w:p w14:paraId="1AFB9A75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425" w:type="dxa"/>
          <w:vAlign w:val="center"/>
        </w:tcPr>
        <w:p w14:paraId="4161340D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proofErr w:type="spellStart"/>
          <w:r w:rsidRPr="005A2964">
            <w:rPr>
              <w:sz w:val="16"/>
              <w:szCs w:val="16"/>
            </w:rPr>
            <w:t>Sayfa</w:t>
          </w:r>
          <w:proofErr w:type="spellEnd"/>
        </w:p>
      </w:tc>
      <w:tc>
        <w:tcPr>
          <w:tcW w:w="1134" w:type="dxa"/>
          <w:vAlign w:val="center"/>
        </w:tcPr>
        <w:p w14:paraId="49169D61" w14:textId="67FE15D2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proofErr w:type="spellStart"/>
          <w:r w:rsidRPr="005A2964">
            <w:rPr>
              <w:sz w:val="16"/>
              <w:szCs w:val="16"/>
            </w:rPr>
            <w:t>Sayfa</w:t>
          </w:r>
          <w:proofErr w:type="spellEnd"/>
          <w:r w:rsidRPr="005A2964">
            <w:rPr>
              <w:sz w:val="16"/>
              <w:szCs w:val="16"/>
            </w:rPr>
            <w:t xml:space="preserve"> </w:t>
          </w:r>
          <w:r w:rsidRPr="005A2964">
            <w:rPr>
              <w:bCs/>
              <w:sz w:val="16"/>
              <w:szCs w:val="16"/>
            </w:rPr>
            <w:fldChar w:fldCharType="begin"/>
          </w:r>
          <w:r w:rsidRPr="005A2964">
            <w:rPr>
              <w:bCs/>
              <w:sz w:val="16"/>
              <w:szCs w:val="16"/>
            </w:rPr>
            <w:instrText>PAGE  \* Arabic  \* MERGEFORMAT</w:instrText>
          </w:r>
          <w:r w:rsidRPr="005A2964">
            <w:rPr>
              <w:bCs/>
              <w:sz w:val="16"/>
              <w:szCs w:val="16"/>
            </w:rPr>
            <w:fldChar w:fldCharType="separate"/>
          </w:r>
          <w:r>
            <w:rPr>
              <w:bCs/>
              <w:noProof/>
              <w:sz w:val="16"/>
              <w:szCs w:val="16"/>
            </w:rPr>
            <w:t>2</w:t>
          </w:r>
          <w:r w:rsidRPr="005A2964">
            <w:rPr>
              <w:bCs/>
              <w:sz w:val="16"/>
              <w:szCs w:val="16"/>
            </w:rPr>
            <w:fldChar w:fldCharType="end"/>
          </w:r>
          <w:r w:rsidRPr="005A2964">
            <w:rPr>
              <w:sz w:val="16"/>
              <w:szCs w:val="16"/>
            </w:rPr>
            <w:t xml:space="preserve"> / </w:t>
          </w:r>
          <w:r w:rsidRPr="005A2964">
            <w:rPr>
              <w:bCs/>
              <w:sz w:val="16"/>
              <w:szCs w:val="16"/>
            </w:rPr>
            <w:fldChar w:fldCharType="begin"/>
          </w:r>
          <w:r w:rsidRPr="005A2964">
            <w:rPr>
              <w:bCs/>
              <w:sz w:val="16"/>
              <w:szCs w:val="16"/>
            </w:rPr>
            <w:instrText>NUMPAGES  \* Arabic  \* MERGEFORMAT</w:instrText>
          </w:r>
          <w:r w:rsidRPr="005A2964">
            <w:rPr>
              <w:bCs/>
              <w:sz w:val="16"/>
              <w:szCs w:val="16"/>
            </w:rPr>
            <w:fldChar w:fldCharType="separate"/>
          </w:r>
          <w:r>
            <w:rPr>
              <w:bCs/>
              <w:noProof/>
              <w:sz w:val="16"/>
              <w:szCs w:val="16"/>
            </w:rPr>
            <w:t>3</w:t>
          </w:r>
          <w:r w:rsidRPr="005A2964">
            <w:rPr>
              <w:bCs/>
              <w:sz w:val="16"/>
              <w:szCs w:val="16"/>
            </w:rPr>
            <w:fldChar w:fldCharType="end"/>
          </w:r>
        </w:p>
      </w:tc>
    </w:tr>
  </w:tbl>
  <w:p w14:paraId="3E0599ED" w14:textId="77777777" w:rsidR="00000000" w:rsidRDefault="0000000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7313629">
    <w:abstractNumId w:val="8"/>
  </w:num>
  <w:num w:numId="2" w16cid:durableId="1063403831">
    <w:abstractNumId w:val="6"/>
  </w:num>
  <w:num w:numId="3" w16cid:durableId="514879342">
    <w:abstractNumId w:val="5"/>
  </w:num>
  <w:num w:numId="4" w16cid:durableId="1754668366">
    <w:abstractNumId w:val="4"/>
  </w:num>
  <w:num w:numId="5" w16cid:durableId="789318233">
    <w:abstractNumId w:val="7"/>
  </w:num>
  <w:num w:numId="6" w16cid:durableId="1691107315">
    <w:abstractNumId w:val="3"/>
  </w:num>
  <w:num w:numId="7" w16cid:durableId="980689726">
    <w:abstractNumId w:val="2"/>
  </w:num>
  <w:num w:numId="8" w16cid:durableId="2137024082">
    <w:abstractNumId w:val="1"/>
  </w:num>
  <w:num w:numId="9" w16cid:durableId="1474979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755F"/>
    <w:rsid w:val="00807C15"/>
    <w:rsid w:val="00820625"/>
    <w:rsid w:val="009503F7"/>
    <w:rsid w:val="00AA1D8D"/>
    <w:rsid w:val="00B47730"/>
    <w:rsid w:val="00B76168"/>
    <w:rsid w:val="00CB0664"/>
    <w:rsid w:val="00DE0E2C"/>
    <w:rsid w:val="00F472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F032BB"/>
  <w14:defaultImageDpi w14:val="300"/>
  <w15:docId w15:val="{8900C02A-877B-4E40-BF0B-33877866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7A4BD6"/>
    <w:rPr>
      <w:color w:val="0000FF" w:themeColor="hyperlink"/>
      <w:u w:val="single"/>
    </w:rPr>
  </w:style>
  <w:style w:type="table" w:customStyle="1" w:styleId="TabloKlavuzu1">
    <w:name w:val="Tablo Kılavuzu1"/>
    <w:basedOn w:val="NormalTablo"/>
    <w:next w:val="TabloKlavuzu"/>
    <w:uiPriority w:val="59"/>
    <w:rsid w:val="007A4BD6"/>
    <w:pPr>
      <w:spacing w:after="0" w:line="240" w:lineRule="auto"/>
    </w:pPr>
    <w:rPr>
      <w:rFonts w:ascii="Calibri" w:eastAsia="Calibri" w:hAnsi="Calibri" w:cs="Calibri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7A4BD6"/>
    <w:pPr>
      <w:spacing w:after="0" w:line="240" w:lineRule="auto"/>
    </w:pPr>
    <w:rPr>
      <w:rFonts w:ascii="Calibri" w:eastAsia="Calibri" w:hAnsi="Calibri" w:cs="Calibri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anyauniversity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NURI BERBEROGLU</cp:lastModifiedBy>
  <cp:revision>3</cp:revision>
  <dcterms:created xsi:type="dcterms:W3CDTF">2026-10-23T11:45:00Z</dcterms:created>
  <dcterms:modified xsi:type="dcterms:W3CDTF">2026-10-24T13:20:00Z</dcterms:modified>
  <cp:category/>
</cp:coreProperties>
</file>